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11A6C" w14:textId="77777777" w:rsidR="003578A1" w:rsidRDefault="003578A1"/>
    <w:p w14:paraId="6B21C1F0" w14:textId="77777777" w:rsidR="0065546B" w:rsidRDefault="0065546B"/>
    <w:p w14:paraId="441F975F" w14:textId="77777777" w:rsidR="0065546B" w:rsidRDefault="0065546B">
      <w:bookmarkStart w:id="0" w:name="_Hlk219457357"/>
    </w:p>
    <w:p w14:paraId="60BF4C2B" w14:textId="77777777" w:rsidR="00613694" w:rsidRPr="00613694" w:rsidRDefault="00613694" w:rsidP="00613694"/>
    <w:p w14:paraId="42D000D7" w14:textId="77777777" w:rsidR="001A7249" w:rsidRPr="00E96667" w:rsidRDefault="00000000">
      <w:pPr>
        <w:pStyle w:val="Naslov"/>
        <w:jc w:val="center"/>
        <w:rPr>
          <w:rFonts w:ascii="Times New Roman" w:hAnsi="Times New Roman"/>
          <w:b/>
          <w:bCs/>
          <w:color w:val="548DD4" w:themeColor="text2" w:themeTint="99"/>
          <w:sz w:val="40"/>
          <w:szCs w:val="40"/>
          <w:lang w:val="sl-SI"/>
        </w:rPr>
      </w:pPr>
      <w:r w:rsidRPr="00E96667">
        <w:rPr>
          <w:rFonts w:ascii="Times New Roman" w:hAnsi="Times New Roman"/>
          <w:b/>
          <w:bCs/>
          <w:color w:val="548DD4" w:themeColor="text2" w:themeTint="99"/>
          <w:sz w:val="40"/>
          <w:szCs w:val="40"/>
        </w:rPr>
        <w:t>DNEVNIK PRAKTIČNEGA USPOSABLJANJA</w:t>
      </w:r>
      <w:r w:rsidR="00613694" w:rsidRPr="00E96667">
        <w:rPr>
          <w:rFonts w:ascii="Times New Roman" w:hAnsi="Times New Roman"/>
          <w:b/>
          <w:bCs/>
          <w:color w:val="548DD4" w:themeColor="text2" w:themeTint="99"/>
          <w:sz w:val="40"/>
          <w:szCs w:val="40"/>
        </w:rPr>
        <w:t xml:space="preserve"> </w:t>
      </w:r>
      <w:r w:rsidR="00613694" w:rsidRPr="00E96667">
        <w:rPr>
          <w:rFonts w:ascii="Times New Roman" w:hAnsi="Times New Roman"/>
          <w:b/>
          <w:bCs/>
          <w:color w:val="548DD4" w:themeColor="text2" w:themeTint="99"/>
          <w:sz w:val="40"/>
          <w:szCs w:val="40"/>
          <w:lang w:val="sl-SI"/>
        </w:rPr>
        <w:t xml:space="preserve">ZA PEDAGOGE NA </w:t>
      </w:r>
    </w:p>
    <w:p w14:paraId="25D9EA89" w14:textId="20306A13" w:rsidR="00DB443C" w:rsidRPr="00E96667" w:rsidRDefault="00613694">
      <w:pPr>
        <w:pStyle w:val="Naslov"/>
        <w:jc w:val="center"/>
        <w:rPr>
          <w:rFonts w:ascii="Times New Roman" w:hAnsi="Times New Roman"/>
          <w:b/>
          <w:bCs/>
          <w:color w:val="548DD4" w:themeColor="text2" w:themeTint="99"/>
          <w:sz w:val="40"/>
          <w:szCs w:val="40"/>
          <w:lang w:val="sl-SI"/>
        </w:rPr>
      </w:pPr>
      <w:r w:rsidRPr="00E96667">
        <w:rPr>
          <w:rFonts w:ascii="Times New Roman" w:hAnsi="Times New Roman"/>
          <w:b/>
          <w:bCs/>
          <w:color w:val="548DD4" w:themeColor="text2" w:themeTint="99"/>
          <w:sz w:val="40"/>
          <w:szCs w:val="40"/>
          <w:lang w:val="sl-SI"/>
        </w:rPr>
        <w:t xml:space="preserve">1. STOPNJI ŠTUDIJA </w:t>
      </w:r>
      <w:r w:rsidR="0064438A" w:rsidRPr="00E96667">
        <w:rPr>
          <w:rFonts w:ascii="Times New Roman" w:hAnsi="Times New Roman"/>
          <w:b/>
          <w:bCs/>
          <w:color w:val="548DD4" w:themeColor="text2" w:themeTint="99"/>
          <w:sz w:val="40"/>
          <w:szCs w:val="40"/>
          <w:lang w:val="sl-SI"/>
        </w:rPr>
        <w:t xml:space="preserve">– </w:t>
      </w:r>
      <w:r w:rsidR="003F3631" w:rsidRPr="00E96667">
        <w:rPr>
          <w:rFonts w:ascii="Times New Roman" w:hAnsi="Times New Roman"/>
          <w:b/>
          <w:bCs/>
          <w:color w:val="548DD4" w:themeColor="text2" w:themeTint="99"/>
          <w:sz w:val="40"/>
          <w:szCs w:val="40"/>
          <w:lang w:val="sl-SI"/>
        </w:rPr>
        <w:t>druge institucije</w:t>
      </w:r>
    </w:p>
    <w:p w14:paraId="161E5C0B" w14:textId="77777777" w:rsidR="00A03510" w:rsidRDefault="00A03510" w:rsidP="00A03510">
      <w:pPr>
        <w:rPr>
          <w:b/>
          <w:bCs/>
          <w:color w:val="548DD4" w:themeColor="text2" w:themeTint="99"/>
          <w:sz w:val="40"/>
          <w:szCs w:val="40"/>
          <w:lang w:val="sl-SI"/>
        </w:rPr>
      </w:pPr>
    </w:p>
    <w:p w14:paraId="217C5133" w14:textId="77777777" w:rsidR="00E96667" w:rsidRPr="00A03510" w:rsidRDefault="00E96667" w:rsidP="00A03510">
      <w:pPr>
        <w:rPr>
          <w:lang w:val="sl-SI"/>
        </w:rPr>
      </w:pPr>
    </w:p>
    <w:p w14:paraId="25BDC938" w14:textId="77777777" w:rsidR="00DB443C" w:rsidRPr="0065546B" w:rsidRDefault="00DB443C">
      <w:bookmarkStart w:id="1" w:name="_Hlk219457583"/>
    </w:p>
    <w:p w14:paraId="7CDD3E29" w14:textId="77777777" w:rsidR="00DB443C" w:rsidRPr="00FE6DC9" w:rsidRDefault="00000000">
      <w:pPr>
        <w:rPr>
          <w:sz w:val="24"/>
          <w:szCs w:val="24"/>
        </w:rPr>
      </w:pPr>
      <w:r w:rsidRPr="00FE6DC9">
        <w:rPr>
          <w:sz w:val="24"/>
          <w:szCs w:val="24"/>
        </w:rPr>
        <w:t>Ime in priimek študenta: ______________________________________________</w:t>
      </w:r>
    </w:p>
    <w:p w14:paraId="4EA69C69" w14:textId="0AA12E5E" w:rsidR="00DB443C" w:rsidRPr="00FE6DC9" w:rsidRDefault="00613694">
      <w:pPr>
        <w:rPr>
          <w:sz w:val="24"/>
          <w:szCs w:val="24"/>
        </w:rPr>
      </w:pPr>
      <w:r w:rsidRPr="00FE6DC9">
        <w:rPr>
          <w:sz w:val="24"/>
          <w:szCs w:val="24"/>
        </w:rPr>
        <w:t xml:space="preserve">Študijska </w:t>
      </w:r>
      <w:proofErr w:type="spellStart"/>
      <w:r w:rsidRPr="00FE6DC9">
        <w:rPr>
          <w:sz w:val="24"/>
          <w:szCs w:val="24"/>
        </w:rPr>
        <w:t>smer</w:t>
      </w:r>
      <w:proofErr w:type="spellEnd"/>
      <w:r w:rsidRPr="00FE6DC9">
        <w:rPr>
          <w:sz w:val="24"/>
          <w:szCs w:val="24"/>
        </w:rPr>
        <w:t>:  ____________</w:t>
      </w:r>
      <w:r w:rsidR="0065546B" w:rsidRPr="00FE6DC9">
        <w:rPr>
          <w:sz w:val="24"/>
          <w:szCs w:val="24"/>
        </w:rPr>
        <w:t>_______</w:t>
      </w:r>
      <w:r w:rsidRPr="00FE6DC9">
        <w:rPr>
          <w:sz w:val="24"/>
          <w:szCs w:val="24"/>
        </w:rPr>
        <w:t>__________________________________</w:t>
      </w:r>
    </w:p>
    <w:p w14:paraId="68CB492D" w14:textId="44D56E43" w:rsidR="00DB443C" w:rsidRPr="00FE6DC9" w:rsidRDefault="00000000">
      <w:pPr>
        <w:rPr>
          <w:sz w:val="24"/>
          <w:szCs w:val="24"/>
        </w:rPr>
      </w:pPr>
      <w:proofErr w:type="spellStart"/>
      <w:r w:rsidRPr="00FE6DC9">
        <w:rPr>
          <w:sz w:val="24"/>
          <w:szCs w:val="24"/>
        </w:rPr>
        <w:t>Študijsko</w:t>
      </w:r>
      <w:proofErr w:type="spellEnd"/>
      <w:r w:rsidRPr="00FE6DC9">
        <w:rPr>
          <w:sz w:val="24"/>
          <w:szCs w:val="24"/>
        </w:rPr>
        <w:t xml:space="preserve"> </w:t>
      </w:r>
      <w:proofErr w:type="spellStart"/>
      <w:r w:rsidRPr="00FE6DC9">
        <w:rPr>
          <w:sz w:val="24"/>
          <w:szCs w:val="24"/>
        </w:rPr>
        <w:t>leto</w:t>
      </w:r>
      <w:proofErr w:type="spellEnd"/>
      <w:r w:rsidRPr="00FE6DC9">
        <w:rPr>
          <w:sz w:val="24"/>
          <w:szCs w:val="24"/>
        </w:rPr>
        <w:t>: ____________________</w:t>
      </w:r>
      <w:r w:rsidR="0065546B" w:rsidRPr="00FE6DC9">
        <w:rPr>
          <w:sz w:val="24"/>
          <w:szCs w:val="24"/>
        </w:rPr>
        <w:t>________</w:t>
      </w:r>
      <w:r w:rsidRPr="00FE6DC9">
        <w:rPr>
          <w:sz w:val="24"/>
          <w:szCs w:val="24"/>
        </w:rPr>
        <w:t>__________________________</w:t>
      </w:r>
    </w:p>
    <w:p w14:paraId="59C325CD" w14:textId="77777777" w:rsidR="00DB443C" w:rsidRPr="0065546B" w:rsidRDefault="00DB443C"/>
    <w:p w14:paraId="2E8E1D3D" w14:textId="77777777" w:rsidR="00613694" w:rsidRDefault="00613694"/>
    <w:p w14:paraId="1D0478FD" w14:textId="77777777" w:rsidR="00613694" w:rsidRDefault="00613694"/>
    <w:p w14:paraId="4FA254DB" w14:textId="77777777" w:rsidR="00613694" w:rsidRDefault="00613694"/>
    <w:p w14:paraId="219E3252" w14:textId="77777777" w:rsidR="00613694" w:rsidRDefault="00613694"/>
    <w:p w14:paraId="082B46B5" w14:textId="7F443191" w:rsidR="0065546B" w:rsidRDefault="00A03510">
      <w:proofErr w:type="spellStart"/>
      <w:r>
        <w:t>Avtorica</w:t>
      </w:r>
      <w:proofErr w:type="spellEnd"/>
      <w:r>
        <w:t xml:space="preserve">: </w:t>
      </w:r>
    </w:p>
    <w:p w14:paraId="4CFD48AF" w14:textId="4AF3DB27" w:rsidR="00613694" w:rsidRDefault="00A03510">
      <w:r>
        <w:t xml:space="preserve">red. prof. dr. Marija Javornik, </w:t>
      </w:r>
      <w:proofErr w:type="spellStart"/>
      <w:r>
        <w:t>nosilka</w:t>
      </w:r>
      <w:proofErr w:type="spellEnd"/>
      <w:r>
        <w:t xml:space="preserve"> </w:t>
      </w:r>
      <w:proofErr w:type="spellStart"/>
      <w:r>
        <w:t>praktičnega</w:t>
      </w:r>
      <w:proofErr w:type="spellEnd"/>
      <w:r>
        <w:t xml:space="preserve"> </w:t>
      </w:r>
      <w:proofErr w:type="spellStart"/>
      <w:r>
        <w:t>usposabljanja</w:t>
      </w:r>
      <w:proofErr w:type="spellEnd"/>
      <w:r>
        <w:t xml:space="preserve"> v </w:t>
      </w:r>
      <w:proofErr w:type="spellStart"/>
      <w:r>
        <w:t>študijskih</w:t>
      </w:r>
      <w:proofErr w:type="spellEnd"/>
      <w:r>
        <w:t xml:space="preserve"> </w:t>
      </w:r>
      <w:proofErr w:type="spellStart"/>
      <w:r>
        <w:t>programih</w:t>
      </w:r>
      <w:proofErr w:type="spellEnd"/>
      <w:r>
        <w:t xml:space="preserve"> </w:t>
      </w:r>
      <w:proofErr w:type="spellStart"/>
      <w:r>
        <w:t>Pedagogika</w:t>
      </w:r>
      <w:proofErr w:type="spellEnd"/>
    </w:p>
    <w:p w14:paraId="2BDA33B2" w14:textId="77777777" w:rsidR="00613694" w:rsidRDefault="00613694"/>
    <w:bookmarkEnd w:id="1"/>
    <w:p w14:paraId="6CFE107F" w14:textId="77777777" w:rsidR="00613694" w:rsidRDefault="00613694"/>
    <w:p w14:paraId="69CBDA5C" w14:textId="77777777" w:rsidR="00613694" w:rsidRDefault="00613694">
      <w:r>
        <w:br w:type="page"/>
      </w:r>
    </w:p>
    <w:p w14:paraId="4C84EFEF" w14:textId="77777777" w:rsidR="00613694" w:rsidRPr="009E79C4" w:rsidRDefault="00613694">
      <w:pPr>
        <w:rPr>
          <w:b/>
          <w:bCs/>
          <w:color w:val="548DD4" w:themeColor="text2" w:themeTint="99"/>
          <w:sz w:val="28"/>
          <w:szCs w:val="28"/>
        </w:rPr>
      </w:pPr>
      <w:r w:rsidRPr="009E79C4">
        <w:rPr>
          <w:b/>
          <w:bCs/>
          <w:color w:val="548DD4" w:themeColor="text2" w:themeTint="99"/>
          <w:sz w:val="28"/>
          <w:szCs w:val="28"/>
        </w:rPr>
        <w:lastRenderedPageBreak/>
        <w:t>UVOD</w:t>
      </w:r>
    </w:p>
    <w:p w14:paraId="46595D48" w14:textId="77777777" w:rsidR="00E66630" w:rsidRPr="00E66630" w:rsidRDefault="00E66630" w:rsidP="00E66630">
      <w:pPr>
        <w:jc w:val="both"/>
        <w:rPr>
          <w:lang w:val="sl-SI"/>
        </w:rPr>
      </w:pPr>
      <w:r w:rsidRPr="00E66630">
        <w:rPr>
          <w:lang w:val="sl-SI"/>
        </w:rPr>
        <w:t xml:space="preserve">Praktično usposabljanje je obvezni in sestavni del študija pedagogike, saj študentom omogoča povezovanje teoretičnih znanj s praktičnim delom v različnih vzgojno-izobraževalnih in sorodnih institucijah ter razvoj ključnih pedagoških in strokovnih kompetenc. Njegov temeljni namen je usposobiti študente za sistematično opazovanje, načrtovanje, izvajanje in </w:t>
      </w:r>
      <w:proofErr w:type="spellStart"/>
      <w:r w:rsidRPr="00E66630">
        <w:rPr>
          <w:lang w:val="sl-SI"/>
        </w:rPr>
        <w:t>evalviranje</w:t>
      </w:r>
      <w:proofErr w:type="spellEnd"/>
      <w:r w:rsidRPr="00E66630">
        <w:rPr>
          <w:lang w:val="sl-SI"/>
        </w:rPr>
        <w:t xml:space="preserve"> pedagoškega, svetovalnega in izobraževalnega dela, hkrati pa razvijati zavest o nujnosti stalne refleksije lastne prakse in profesionalne rasti.</w:t>
      </w:r>
    </w:p>
    <w:p w14:paraId="6D5C7250" w14:textId="77777777" w:rsidR="00E66630" w:rsidRPr="00E66630" w:rsidRDefault="00E66630" w:rsidP="00E66630">
      <w:pPr>
        <w:jc w:val="both"/>
        <w:rPr>
          <w:lang w:val="sl-SI"/>
        </w:rPr>
      </w:pPr>
      <w:r w:rsidRPr="00E66630">
        <w:rPr>
          <w:lang w:val="sl-SI"/>
        </w:rPr>
        <w:t>V okviru praktičnega usposabljanja študenti poglabljajo razumevanje delovanja institucije kot organizacije, se seznanjajo z njenimi temeljnimi nalogami, zakonodajnim in organizacijskim okvirom, notranjo dokumentacijo, letnim delovnim načrtom ter z dejavnostmi, ki se v njej izvajajo. Poseben poudarek je namenjen spoznavanju svetovalnega dela, sodelovanju z vodstvom, strokovnimi delavci, uporabniki storitev ter drugimi deležniki ter razumevanju različnih strokovnih vlog pedagoga v konkretnem institucionalnem okolju.</w:t>
      </w:r>
    </w:p>
    <w:p w14:paraId="0E9A5B21" w14:textId="77777777" w:rsidR="00E66630" w:rsidRPr="00E66630" w:rsidRDefault="00E66630" w:rsidP="00E66630">
      <w:pPr>
        <w:jc w:val="both"/>
        <w:rPr>
          <w:lang w:val="sl-SI"/>
        </w:rPr>
      </w:pPr>
      <w:r w:rsidRPr="00E66630">
        <w:rPr>
          <w:lang w:val="sl-SI"/>
        </w:rPr>
        <w:t>Praksa študentom omogoča tudi razvoj kompetenc, povezanih z neposrednim pedagoškim, izobraževalnim ali vzgojnim delom. Študenti se seznanjajo z različnimi pristopi za ustvarjanje spodbudnega in varnega učnega oziroma delovnega okolja, z načrtovanjem, izvedbo in evalvacijo dejavnosti ter s prilagajanjem dela potrebam posameznikov in skupin. Ob tem razvijajo sposobnost izbire ustreznih metod, oblik dela in pripomočkov ter se seznanjajo z različnimi načini spremljanja, vrednotenja in podpore učenju oziroma razvoju.</w:t>
      </w:r>
    </w:p>
    <w:p w14:paraId="52A6C266" w14:textId="77777777" w:rsidR="00E66630" w:rsidRPr="00E66630" w:rsidRDefault="00E66630" w:rsidP="00E66630">
      <w:pPr>
        <w:jc w:val="both"/>
        <w:rPr>
          <w:lang w:val="sl-SI"/>
        </w:rPr>
      </w:pPr>
      <w:r w:rsidRPr="00E66630">
        <w:rPr>
          <w:lang w:val="sl-SI"/>
        </w:rPr>
        <w:t xml:space="preserve">Pomemben del praktičnega usposabljanja predstavlja tudi razvoj študentove profesionalnosti. Študenti se usposabljajo za timsko delo, kritično vrednotenje lastnega dela, načrtovanje lastnega profesionalnega razvoja ter uporabo informacijsko-komunikacijske tehnologije pri strokovnem delu in poklicnem napredovanju. V času prakse opravljajo uvajalne in </w:t>
      </w:r>
      <w:proofErr w:type="spellStart"/>
      <w:r w:rsidRPr="00E66630">
        <w:rPr>
          <w:lang w:val="sl-SI"/>
        </w:rPr>
        <w:t>evalvacijske</w:t>
      </w:r>
      <w:proofErr w:type="spellEnd"/>
      <w:r w:rsidRPr="00E66630">
        <w:rPr>
          <w:lang w:val="sl-SI"/>
        </w:rPr>
        <w:t xml:space="preserve"> razgovore z mentorjem, opazujejo in se po njegovi presoji vključujejo v delo institucije, sodelujejo pri izbranih dejavnostih ter reflektirajo pridobljene izkušnje.</w:t>
      </w:r>
    </w:p>
    <w:p w14:paraId="627CB2D9" w14:textId="77777777" w:rsidR="00E66630" w:rsidRPr="00E66630" w:rsidRDefault="00E66630" w:rsidP="00E66630">
      <w:pPr>
        <w:jc w:val="both"/>
        <w:rPr>
          <w:lang w:val="sl-SI"/>
        </w:rPr>
      </w:pPr>
      <w:r w:rsidRPr="00E66630">
        <w:rPr>
          <w:lang w:val="sl-SI"/>
        </w:rPr>
        <w:t>Praktično usposabljanje pedagogov je ovrednoteno s 3 kreditnimi točkami (ECTS). Del usposabljanja poteka na fakulteti v obliki seminarskih vaj, namenjenih uvodnim usmeritvam in zaključni refleksiji, del pa v izbrani instituciji. Skupno je 60 ur namenjenih opazovanju in spoznavanju delovanja institucije, pri čemer najmanj 50 ur predstavlja neposredna prisotnost v instituciji, 10 ur pa je namenjenih pripravi in refleksiji v Dnevniku prakse.</w:t>
      </w:r>
    </w:p>
    <w:p w14:paraId="64E608F8" w14:textId="77777777" w:rsidR="00E66630" w:rsidRPr="00E66630" w:rsidRDefault="00E66630" w:rsidP="00E66630">
      <w:pPr>
        <w:jc w:val="both"/>
        <w:rPr>
          <w:lang w:val="sl-SI"/>
        </w:rPr>
      </w:pPr>
      <w:r w:rsidRPr="00E66630">
        <w:rPr>
          <w:lang w:val="sl-SI"/>
        </w:rPr>
        <w:t xml:space="preserve">Študenti pedagogike lahko praktično usposabljanje na 1. stopnji študija opravljajo v različnih institucijah, ki delujejo na področju vzgoje, izobraževanja, svetovalnega dela in podpore učenju. To so poleg osnovnih in srednjih šol tudi dijaški in študentski domovi, ljudske univerze, zavodi za izobraževanje odraslih, vzgojni zavodi in domovi, centri za usposabljanje in delo, nevladne organizacije, mladinski in svetovalni centri, centri za vseživljenjsko učenje ter druge sorodne ustanove. Če študent opravlja prakso v takšni instituciji, izpolnjuje poseben obrazec </w:t>
      </w:r>
      <w:r w:rsidRPr="00E66630">
        <w:rPr>
          <w:i/>
          <w:iCs/>
          <w:lang w:val="sl-SI"/>
        </w:rPr>
        <w:t xml:space="preserve">Dnevnik </w:t>
      </w:r>
      <w:r w:rsidRPr="00E66630">
        <w:rPr>
          <w:i/>
          <w:iCs/>
          <w:lang w:val="sl-SI"/>
        </w:rPr>
        <w:lastRenderedPageBreak/>
        <w:t>praktičnega usposabljanja za pedagoge na 1. stopnji študija – druge institucije</w:t>
      </w:r>
      <w:r w:rsidRPr="00E66630">
        <w:rPr>
          <w:lang w:val="sl-SI"/>
        </w:rPr>
        <w:t>, ki je vsebinsko prilagojen specifikam dela v teh okoljih.</w:t>
      </w:r>
    </w:p>
    <w:p w14:paraId="67F2FFA3" w14:textId="77777777" w:rsidR="00E66630" w:rsidRPr="00E66630" w:rsidRDefault="00E66630" w:rsidP="00E66630">
      <w:pPr>
        <w:jc w:val="both"/>
        <w:rPr>
          <w:lang w:val="sl-SI"/>
        </w:rPr>
      </w:pPr>
      <w:r w:rsidRPr="00E66630">
        <w:rPr>
          <w:lang w:val="sl-SI"/>
        </w:rPr>
        <w:t>Dnevnik prakse je zasnovan kot strukturiran obrazec, ki študentu nudi oporo pri sistematičnem opazovanju, razmišljanju in refleksiji praktičnega usposabljanja. Okvirji, predvideni pri posameznih aktivnostih, ne določajo ali omejujejo dolžine zapisa, temveč nakazujejo strukturo zapisa in predlagajo prostor za vpis vsebin. Študent lahko zapis po potrebi razširi tudi izven predvidenih okvirjev, pri čemer je bistveno, da vsebinsko in refleksivno zajame zahtevane poudarke.</w:t>
      </w:r>
    </w:p>
    <w:p w14:paraId="7045FF7B" w14:textId="77777777" w:rsidR="00E66630" w:rsidRPr="00E66630" w:rsidRDefault="00E66630" w:rsidP="00E66630">
      <w:pPr>
        <w:jc w:val="both"/>
        <w:rPr>
          <w:lang w:val="sl-SI"/>
        </w:rPr>
      </w:pPr>
      <w:r w:rsidRPr="00E66630">
        <w:rPr>
          <w:lang w:val="sl-SI"/>
        </w:rPr>
        <w:t>Pri izpolnjevanju dnevnika naj se študent osredotoči na kakovost, poglobljenost in strokovnost zapisa, ne na njegovo dolžino. Dnevnik naj bo izraz premišljenega, odgovornega in refleksivnega odnosa do praktičnega usposabljanja. Ob tem so študenti dolžni ravnati strokovno, odgovorno in etično ter dosledno varovati osebne in zaupne podatke vseh udeležencev. Vsa opažanja in podatke lahko uporabljajo izključno za namen študijske refleksije v okviru praktičnega usposabljanja.</w:t>
      </w:r>
    </w:p>
    <w:p w14:paraId="3BE183FB" w14:textId="77777777" w:rsidR="00613694" w:rsidRPr="00E66630" w:rsidRDefault="00613694" w:rsidP="00613694">
      <w:pPr>
        <w:jc w:val="both"/>
        <w:rPr>
          <w:lang w:val="sl-SI"/>
        </w:rPr>
      </w:pPr>
    </w:p>
    <w:p w14:paraId="55911B36" w14:textId="78BF289B" w:rsidR="00613694" w:rsidRPr="00E66630" w:rsidRDefault="00613694" w:rsidP="00613694">
      <w:pPr>
        <w:jc w:val="both"/>
        <w:rPr>
          <w:lang w:val="sl-SI"/>
        </w:rPr>
      </w:pPr>
    </w:p>
    <w:p w14:paraId="676FAA7D" w14:textId="77777777" w:rsidR="006E7F0B" w:rsidRPr="00E66630" w:rsidRDefault="006E7F0B" w:rsidP="00613694">
      <w:pPr>
        <w:jc w:val="both"/>
        <w:rPr>
          <w:lang w:val="sl-SI"/>
        </w:rPr>
      </w:pPr>
    </w:p>
    <w:p w14:paraId="2477116E" w14:textId="77777777" w:rsidR="006E7F0B" w:rsidRDefault="006E7F0B" w:rsidP="00613694">
      <w:pPr>
        <w:jc w:val="both"/>
        <w:rPr>
          <w:lang w:val="sl-SI"/>
        </w:rPr>
      </w:pPr>
    </w:p>
    <w:p w14:paraId="0555BCDA" w14:textId="77777777" w:rsidR="006E7F0B" w:rsidRDefault="006E7F0B" w:rsidP="00613694">
      <w:pPr>
        <w:jc w:val="both"/>
        <w:rPr>
          <w:lang w:val="sl-SI"/>
        </w:rPr>
      </w:pPr>
    </w:p>
    <w:p w14:paraId="73DB1ADF" w14:textId="77777777" w:rsidR="006E7F0B" w:rsidRDefault="006E7F0B" w:rsidP="00613694">
      <w:pPr>
        <w:jc w:val="both"/>
        <w:rPr>
          <w:lang w:val="sl-SI"/>
        </w:rPr>
      </w:pPr>
    </w:p>
    <w:p w14:paraId="7F01ADA8" w14:textId="77777777" w:rsidR="006E7F0B" w:rsidRDefault="006E7F0B" w:rsidP="00613694">
      <w:pPr>
        <w:jc w:val="both"/>
        <w:rPr>
          <w:lang w:val="sl-SI"/>
        </w:rPr>
      </w:pPr>
    </w:p>
    <w:p w14:paraId="29DA2710" w14:textId="77777777" w:rsidR="006E7F0B" w:rsidRDefault="006E7F0B" w:rsidP="00613694">
      <w:pPr>
        <w:jc w:val="both"/>
        <w:rPr>
          <w:lang w:val="sl-SI"/>
        </w:rPr>
      </w:pPr>
    </w:p>
    <w:p w14:paraId="327D0FA0" w14:textId="77777777" w:rsidR="006E7F0B" w:rsidRDefault="006E7F0B" w:rsidP="00613694">
      <w:pPr>
        <w:jc w:val="both"/>
        <w:rPr>
          <w:lang w:val="sl-SI"/>
        </w:rPr>
      </w:pPr>
    </w:p>
    <w:p w14:paraId="5C24BF28" w14:textId="77777777" w:rsidR="006E7F0B" w:rsidRPr="006E7F0B" w:rsidRDefault="006E7F0B" w:rsidP="00613694">
      <w:pPr>
        <w:jc w:val="both"/>
        <w:rPr>
          <w:i/>
          <w:iCs/>
          <w:sz w:val="20"/>
          <w:szCs w:val="20"/>
          <w:lang w:val="sl-SI"/>
        </w:rPr>
      </w:pPr>
    </w:p>
    <w:p w14:paraId="10738C15" w14:textId="77777777" w:rsidR="006E7F0B" w:rsidRPr="006E7F0B" w:rsidRDefault="006E7F0B" w:rsidP="006E7F0B">
      <w:pPr>
        <w:jc w:val="both"/>
        <w:rPr>
          <w:i/>
          <w:iCs/>
          <w:sz w:val="20"/>
          <w:szCs w:val="20"/>
        </w:rPr>
      </w:pPr>
      <w:r w:rsidRPr="006E7F0B">
        <w:rPr>
          <w:i/>
          <w:iCs/>
          <w:sz w:val="20"/>
          <w:szCs w:val="20"/>
        </w:rPr>
        <w:t xml:space="preserve">* V </w:t>
      </w:r>
      <w:proofErr w:type="spellStart"/>
      <w:r w:rsidRPr="006E7F0B">
        <w:rPr>
          <w:i/>
          <w:iCs/>
          <w:sz w:val="20"/>
          <w:szCs w:val="20"/>
        </w:rPr>
        <w:t>besedilu</w:t>
      </w:r>
      <w:proofErr w:type="spellEnd"/>
      <w:r w:rsidRPr="006E7F0B">
        <w:rPr>
          <w:i/>
          <w:iCs/>
          <w:sz w:val="20"/>
          <w:szCs w:val="20"/>
        </w:rPr>
        <w:t xml:space="preserve"> </w:t>
      </w:r>
      <w:proofErr w:type="spellStart"/>
      <w:r w:rsidRPr="006E7F0B">
        <w:rPr>
          <w:i/>
          <w:iCs/>
          <w:sz w:val="20"/>
          <w:szCs w:val="20"/>
        </w:rPr>
        <w:t>tega</w:t>
      </w:r>
      <w:proofErr w:type="spellEnd"/>
      <w:r w:rsidRPr="006E7F0B">
        <w:rPr>
          <w:i/>
          <w:iCs/>
          <w:sz w:val="20"/>
          <w:szCs w:val="20"/>
        </w:rPr>
        <w:t xml:space="preserve"> </w:t>
      </w:r>
      <w:proofErr w:type="spellStart"/>
      <w:r w:rsidRPr="006E7F0B">
        <w:rPr>
          <w:i/>
          <w:iCs/>
          <w:sz w:val="20"/>
          <w:szCs w:val="20"/>
        </w:rPr>
        <w:t>dnevnika</w:t>
      </w:r>
      <w:proofErr w:type="spellEnd"/>
      <w:r w:rsidRPr="006E7F0B">
        <w:rPr>
          <w:i/>
          <w:iCs/>
          <w:sz w:val="20"/>
          <w:szCs w:val="20"/>
        </w:rPr>
        <w:t xml:space="preserve"> je </w:t>
      </w:r>
      <w:proofErr w:type="spellStart"/>
      <w:r w:rsidRPr="006E7F0B">
        <w:rPr>
          <w:i/>
          <w:iCs/>
          <w:sz w:val="20"/>
          <w:szCs w:val="20"/>
        </w:rPr>
        <w:t>uporabljena</w:t>
      </w:r>
      <w:proofErr w:type="spellEnd"/>
      <w:r w:rsidRPr="006E7F0B">
        <w:rPr>
          <w:i/>
          <w:iCs/>
          <w:sz w:val="20"/>
          <w:szCs w:val="20"/>
        </w:rPr>
        <w:t xml:space="preserve"> </w:t>
      </w:r>
      <w:proofErr w:type="spellStart"/>
      <w:r w:rsidRPr="006E7F0B">
        <w:rPr>
          <w:i/>
          <w:iCs/>
          <w:sz w:val="20"/>
          <w:szCs w:val="20"/>
        </w:rPr>
        <w:t>moška</w:t>
      </w:r>
      <w:proofErr w:type="spellEnd"/>
      <w:r w:rsidRPr="006E7F0B">
        <w:rPr>
          <w:i/>
          <w:iCs/>
          <w:sz w:val="20"/>
          <w:szCs w:val="20"/>
        </w:rPr>
        <w:t xml:space="preserve"> </w:t>
      </w:r>
      <w:proofErr w:type="spellStart"/>
      <w:r w:rsidRPr="006E7F0B">
        <w:rPr>
          <w:i/>
          <w:iCs/>
          <w:sz w:val="20"/>
          <w:szCs w:val="20"/>
        </w:rPr>
        <w:t>slovnična</w:t>
      </w:r>
      <w:proofErr w:type="spellEnd"/>
      <w:r w:rsidRPr="006E7F0B">
        <w:rPr>
          <w:i/>
          <w:iCs/>
          <w:sz w:val="20"/>
          <w:szCs w:val="20"/>
        </w:rPr>
        <w:t xml:space="preserve"> </w:t>
      </w:r>
      <w:proofErr w:type="spellStart"/>
      <w:r w:rsidRPr="006E7F0B">
        <w:rPr>
          <w:i/>
          <w:iCs/>
          <w:sz w:val="20"/>
          <w:szCs w:val="20"/>
        </w:rPr>
        <w:t>oblika</w:t>
      </w:r>
      <w:proofErr w:type="spellEnd"/>
      <w:r w:rsidRPr="006E7F0B">
        <w:rPr>
          <w:i/>
          <w:iCs/>
          <w:sz w:val="20"/>
          <w:szCs w:val="20"/>
        </w:rPr>
        <w:t xml:space="preserve">, ki se </w:t>
      </w:r>
      <w:proofErr w:type="spellStart"/>
      <w:r w:rsidRPr="006E7F0B">
        <w:rPr>
          <w:i/>
          <w:iCs/>
          <w:sz w:val="20"/>
          <w:szCs w:val="20"/>
        </w:rPr>
        <w:t>uporablja</w:t>
      </w:r>
      <w:proofErr w:type="spellEnd"/>
      <w:r w:rsidRPr="006E7F0B">
        <w:rPr>
          <w:i/>
          <w:iCs/>
          <w:sz w:val="20"/>
          <w:szCs w:val="20"/>
        </w:rPr>
        <w:t xml:space="preserve"> </w:t>
      </w:r>
      <w:proofErr w:type="spellStart"/>
      <w:r w:rsidRPr="006E7F0B">
        <w:rPr>
          <w:i/>
          <w:iCs/>
          <w:sz w:val="20"/>
          <w:szCs w:val="20"/>
        </w:rPr>
        <w:t>nevtralno</w:t>
      </w:r>
      <w:proofErr w:type="spellEnd"/>
      <w:r w:rsidRPr="006E7F0B">
        <w:rPr>
          <w:i/>
          <w:iCs/>
          <w:sz w:val="20"/>
          <w:szCs w:val="20"/>
        </w:rPr>
        <w:t xml:space="preserve"> in se </w:t>
      </w:r>
      <w:proofErr w:type="spellStart"/>
      <w:r w:rsidRPr="006E7F0B">
        <w:rPr>
          <w:i/>
          <w:iCs/>
          <w:sz w:val="20"/>
          <w:szCs w:val="20"/>
        </w:rPr>
        <w:t>nanaša</w:t>
      </w:r>
      <w:proofErr w:type="spellEnd"/>
      <w:r w:rsidRPr="006E7F0B">
        <w:rPr>
          <w:i/>
          <w:iCs/>
          <w:sz w:val="20"/>
          <w:szCs w:val="20"/>
        </w:rPr>
        <w:t xml:space="preserve"> </w:t>
      </w:r>
      <w:proofErr w:type="spellStart"/>
      <w:r w:rsidRPr="006E7F0B">
        <w:rPr>
          <w:i/>
          <w:iCs/>
          <w:sz w:val="20"/>
          <w:szCs w:val="20"/>
        </w:rPr>
        <w:t>tako</w:t>
      </w:r>
      <w:proofErr w:type="spellEnd"/>
      <w:r w:rsidRPr="006E7F0B">
        <w:rPr>
          <w:i/>
          <w:iCs/>
          <w:sz w:val="20"/>
          <w:szCs w:val="20"/>
        </w:rPr>
        <w:t xml:space="preserve"> </w:t>
      </w:r>
      <w:proofErr w:type="spellStart"/>
      <w:r w:rsidRPr="006E7F0B">
        <w:rPr>
          <w:i/>
          <w:iCs/>
          <w:sz w:val="20"/>
          <w:szCs w:val="20"/>
        </w:rPr>
        <w:t>na</w:t>
      </w:r>
      <w:proofErr w:type="spellEnd"/>
      <w:r w:rsidRPr="006E7F0B">
        <w:rPr>
          <w:i/>
          <w:iCs/>
          <w:sz w:val="20"/>
          <w:szCs w:val="20"/>
        </w:rPr>
        <w:t xml:space="preserve"> </w:t>
      </w:r>
      <w:proofErr w:type="spellStart"/>
      <w:r w:rsidRPr="006E7F0B">
        <w:rPr>
          <w:i/>
          <w:iCs/>
          <w:sz w:val="20"/>
          <w:szCs w:val="20"/>
        </w:rPr>
        <w:t>študente</w:t>
      </w:r>
      <w:proofErr w:type="spellEnd"/>
      <w:r w:rsidRPr="006E7F0B">
        <w:rPr>
          <w:i/>
          <w:iCs/>
          <w:sz w:val="20"/>
          <w:szCs w:val="20"/>
        </w:rPr>
        <w:t xml:space="preserve"> </w:t>
      </w:r>
      <w:proofErr w:type="spellStart"/>
      <w:r w:rsidRPr="006E7F0B">
        <w:rPr>
          <w:i/>
          <w:iCs/>
          <w:sz w:val="20"/>
          <w:szCs w:val="20"/>
        </w:rPr>
        <w:t>kot</w:t>
      </w:r>
      <w:proofErr w:type="spellEnd"/>
      <w:r w:rsidRPr="006E7F0B">
        <w:rPr>
          <w:i/>
          <w:iCs/>
          <w:sz w:val="20"/>
          <w:szCs w:val="20"/>
        </w:rPr>
        <w:t xml:space="preserve"> </w:t>
      </w:r>
      <w:proofErr w:type="spellStart"/>
      <w:r w:rsidRPr="006E7F0B">
        <w:rPr>
          <w:i/>
          <w:iCs/>
          <w:sz w:val="20"/>
          <w:szCs w:val="20"/>
        </w:rPr>
        <w:t>študentke</w:t>
      </w:r>
      <w:proofErr w:type="spellEnd"/>
      <w:r w:rsidRPr="006E7F0B">
        <w:rPr>
          <w:i/>
          <w:iCs/>
          <w:sz w:val="20"/>
          <w:szCs w:val="20"/>
        </w:rPr>
        <w:t>.</w:t>
      </w:r>
    </w:p>
    <w:p w14:paraId="3D6CC2A2" w14:textId="77777777" w:rsidR="006E7F0B" w:rsidRPr="00613694" w:rsidRDefault="006E7F0B" w:rsidP="00613694">
      <w:pPr>
        <w:jc w:val="both"/>
        <w:rPr>
          <w:lang w:val="sl-SI"/>
        </w:rPr>
      </w:pPr>
    </w:p>
    <w:p w14:paraId="3AB93C8B" w14:textId="68A37939" w:rsidR="00DB443C" w:rsidRPr="00BB5DA8" w:rsidRDefault="00613694" w:rsidP="00A10371">
      <w:pPr>
        <w:jc w:val="both"/>
        <w:rPr>
          <w:rFonts w:asciiTheme="majorHAnsi" w:eastAsiaTheme="majorEastAsia" w:hAnsiTheme="majorHAnsi" w:cstheme="majorBidi"/>
          <w:b/>
          <w:bCs/>
          <w:color w:val="548DD4" w:themeColor="text2" w:themeTint="99"/>
          <w:sz w:val="28"/>
          <w:szCs w:val="28"/>
        </w:rPr>
      </w:pPr>
      <w:r w:rsidRPr="00613694">
        <w:br w:type="page"/>
      </w:r>
      <w:r w:rsidRPr="00BB5DA8">
        <w:rPr>
          <w:b/>
          <w:bCs/>
          <w:color w:val="548DD4" w:themeColor="text2" w:themeTint="99"/>
          <w:sz w:val="28"/>
          <w:szCs w:val="28"/>
        </w:rPr>
        <w:lastRenderedPageBreak/>
        <w:t>1 SPLOŠNI PODATKI</w:t>
      </w:r>
    </w:p>
    <w:p w14:paraId="6F5463B4" w14:textId="4E12516F" w:rsidR="00DB443C" w:rsidRPr="0064438A" w:rsidRDefault="00000000">
      <w:pPr>
        <w:rPr>
          <w:bCs/>
        </w:rPr>
      </w:pPr>
      <w:bookmarkStart w:id="2" w:name="_Hlk219459838"/>
      <w:r w:rsidRPr="0064438A">
        <w:rPr>
          <w:bCs/>
        </w:rPr>
        <w:t xml:space="preserve">Ime in </w:t>
      </w:r>
      <w:proofErr w:type="spellStart"/>
      <w:r w:rsidRPr="0064438A">
        <w:rPr>
          <w:bCs/>
        </w:rPr>
        <w:t>priimek</w:t>
      </w:r>
      <w:proofErr w:type="spellEnd"/>
      <w:r w:rsidRPr="0064438A">
        <w:rPr>
          <w:bCs/>
        </w:rPr>
        <w:t xml:space="preserve"> </w:t>
      </w:r>
      <w:proofErr w:type="spellStart"/>
      <w:r w:rsidRPr="0064438A">
        <w:rPr>
          <w:bCs/>
        </w:rPr>
        <w:t>študenta</w:t>
      </w:r>
      <w:proofErr w:type="spellEnd"/>
      <w:r w:rsidRPr="0064438A">
        <w:rPr>
          <w:bCs/>
        </w:rPr>
        <w:t>: _____________________________________</w:t>
      </w:r>
      <w:r w:rsidR="0064438A">
        <w:rPr>
          <w:bCs/>
        </w:rPr>
        <w:t>__</w:t>
      </w:r>
      <w:r w:rsidRPr="0064438A">
        <w:rPr>
          <w:bCs/>
        </w:rPr>
        <w:t>_________</w:t>
      </w:r>
    </w:p>
    <w:p w14:paraId="1381EDF9" w14:textId="2FCAFDFF" w:rsidR="00DB443C" w:rsidRPr="0064438A" w:rsidRDefault="00613694">
      <w:pPr>
        <w:rPr>
          <w:bCs/>
        </w:rPr>
      </w:pPr>
      <w:proofErr w:type="spellStart"/>
      <w:r w:rsidRPr="0064438A">
        <w:rPr>
          <w:bCs/>
        </w:rPr>
        <w:t>Šola</w:t>
      </w:r>
      <w:proofErr w:type="spellEnd"/>
      <w:r w:rsidRPr="0064438A">
        <w:rPr>
          <w:bCs/>
        </w:rPr>
        <w:t xml:space="preserve">, </w:t>
      </w:r>
      <w:proofErr w:type="spellStart"/>
      <w:r w:rsidRPr="0064438A">
        <w:rPr>
          <w:bCs/>
        </w:rPr>
        <w:t>kjer</w:t>
      </w:r>
      <w:proofErr w:type="spellEnd"/>
      <w:r w:rsidRPr="0064438A">
        <w:rPr>
          <w:bCs/>
        </w:rPr>
        <w:t xml:space="preserve"> </w:t>
      </w:r>
      <w:proofErr w:type="spellStart"/>
      <w:r w:rsidRPr="0064438A">
        <w:rPr>
          <w:bCs/>
        </w:rPr>
        <w:t>študent</w:t>
      </w:r>
      <w:proofErr w:type="spellEnd"/>
      <w:r w:rsidRPr="0064438A">
        <w:rPr>
          <w:bCs/>
        </w:rPr>
        <w:t xml:space="preserve"> </w:t>
      </w:r>
      <w:proofErr w:type="spellStart"/>
      <w:r w:rsidRPr="0064438A">
        <w:rPr>
          <w:bCs/>
        </w:rPr>
        <w:t>opravlja</w:t>
      </w:r>
      <w:proofErr w:type="spellEnd"/>
      <w:r w:rsidRPr="0064438A">
        <w:rPr>
          <w:bCs/>
        </w:rPr>
        <w:t xml:space="preserve"> </w:t>
      </w:r>
      <w:proofErr w:type="spellStart"/>
      <w:r w:rsidRPr="0064438A">
        <w:rPr>
          <w:bCs/>
        </w:rPr>
        <w:t>prakso</w:t>
      </w:r>
      <w:proofErr w:type="spellEnd"/>
      <w:r w:rsidRPr="0064438A">
        <w:rPr>
          <w:bCs/>
        </w:rPr>
        <w:t>:</w:t>
      </w:r>
      <w:r w:rsidR="0064438A">
        <w:rPr>
          <w:bCs/>
        </w:rPr>
        <w:t xml:space="preserve"> </w:t>
      </w:r>
      <w:r w:rsidRPr="0064438A">
        <w:rPr>
          <w:bCs/>
        </w:rPr>
        <w:t>________________________________________</w:t>
      </w:r>
    </w:p>
    <w:p w14:paraId="7A932D6A" w14:textId="77777777" w:rsidR="00DB443C" w:rsidRPr="0064438A" w:rsidRDefault="00000000">
      <w:pPr>
        <w:rPr>
          <w:bCs/>
        </w:rPr>
      </w:pPr>
      <w:r w:rsidRPr="0064438A">
        <w:rPr>
          <w:bCs/>
        </w:rPr>
        <w:t>Datum opravljanja prakse: ______________________________________________</w:t>
      </w:r>
    </w:p>
    <w:p w14:paraId="7B42320B" w14:textId="77777777" w:rsidR="00DB443C" w:rsidRPr="0064438A" w:rsidRDefault="00000000">
      <w:pPr>
        <w:rPr>
          <w:bCs/>
        </w:rPr>
      </w:pPr>
      <w:r w:rsidRPr="0064438A">
        <w:rPr>
          <w:bCs/>
        </w:rPr>
        <w:t>Nosilec prakse na fakulteti: ______________________________________________</w:t>
      </w:r>
    </w:p>
    <w:p w14:paraId="3586B79F" w14:textId="0DEA731E" w:rsidR="00DB443C" w:rsidRPr="0064438A" w:rsidRDefault="00613694">
      <w:pPr>
        <w:rPr>
          <w:bCs/>
        </w:rPr>
      </w:pPr>
      <w:r w:rsidRPr="0064438A">
        <w:rPr>
          <w:bCs/>
        </w:rPr>
        <w:t xml:space="preserve">Mentor </w:t>
      </w:r>
      <w:proofErr w:type="spellStart"/>
      <w:r w:rsidRPr="0064438A">
        <w:rPr>
          <w:bCs/>
        </w:rPr>
        <w:t>na</w:t>
      </w:r>
      <w:proofErr w:type="spellEnd"/>
      <w:r w:rsidRPr="0064438A">
        <w:rPr>
          <w:bCs/>
        </w:rPr>
        <w:t xml:space="preserve"> </w:t>
      </w:r>
      <w:proofErr w:type="spellStart"/>
      <w:r w:rsidRPr="0064438A">
        <w:rPr>
          <w:bCs/>
        </w:rPr>
        <w:t>šoli</w:t>
      </w:r>
      <w:proofErr w:type="spellEnd"/>
      <w:r w:rsidRPr="0064438A">
        <w:rPr>
          <w:bCs/>
        </w:rPr>
        <w:t>: ___________________________________________</w:t>
      </w:r>
      <w:r w:rsidR="0064438A">
        <w:rPr>
          <w:bCs/>
        </w:rPr>
        <w:t>__________</w:t>
      </w:r>
      <w:r w:rsidRPr="0064438A">
        <w:rPr>
          <w:bCs/>
        </w:rPr>
        <w:t>___</w:t>
      </w:r>
    </w:p>
    <w:bookmarkEnd w:id="2"/>
    <w:p w14:paraId="0C3F30B2" w14:textId="77777777" w:rsidR="00DB443C" w:rsidRDefault="00DB443C"/>
    <w:p w14:paraId="6F3BDFA6" w14:textId="77777777" w:rsidR="00DB443C" w:rsidRPr="00BB5DA8" w:rsidRDefault="00000000" w:rsidP="00BB5DA8">
      <w:pPr>
        <w:pStyle w:val="Naslov2"/>
        <w:spacing w:line="240" w:lineRule="auto"/>
        <w:rPr>
          <w:color w:val="548DD4" w:themeColor="text2" w:themeTint="99"/>
          <w:sz w:val="28"/>
          <w:szCs w:val="28"/>
        </w:rPr>
      </w:pPr>
      <w:r w:rsidRPr="00BB5DA8">
        <w:rPr>
          <w:rFonts w:ascii="Times New Roman" w:hAnsi="Times New Roman"/>
          <w:color w:val="548DD4" w:themeColor="text2" w:themeTint="99"/>
          <w:sz w:val="28"/>
          <w:szCs w:val="28"/>
        </w:rPr>
        <w:t>2 AKTIVNOSTI ŠTUDENTA NA PRAKSI</w:t>
      </w:r>
    </w:p>
    <w:p w14:paraId="66FFCBFA" w14:textId="77777777" w:rsidR="00DB443C" w:rsidRPr="00BB5DA8" w:rsidRDefault="00DB443C" w:rsidP="00BB5DA8">
      <w:pPr>
        <w:spacing w:line="240" w:lineRule="auto"/>
        <w:rPr>
          <w:color w:val="548DD4" w:themeColor="text2" w:themeTint="99"/>
        </w:rPr>
      </w:pPr>
    </w:p>
    <w:p w14:paraId="7E412C94" w14:textId="10485C95" w:rsidR="00DB443C" w:rsidRPr="00BB5DA8" w:rsidRDefault="00000000" w:rsidP="00BB5DA8">
      <w:pPr>
        <w:pStyle w:val="Naslov3"/>
        <w:spacing w:line="240" w:lineRule="auto"/>
        <w:rPr>
          <w:color w:val="548DD4" w:themeColor="text2" w:themeTint="99"/>
          <w:sz w:val="28"/>
          <w:szCs w:val="28"/>
        </w:rPr>
      </w:pPr>
      <w:proofErr w:type="spellStart"/>
      <w:r w:rsidRPr="00BB5DA8">
        <w:rPr>
          <w:rFonts w:ascii="Times New Roman" w:hAnsi="Times New Roman"/>
          <w:color w:val="548DD4" w:themeColor="text2" w:themeTint="99"/>
          <w:sz w:val="28"/>
          <w:szCs w:val="28"/>
        </w:rPr>
        <w:t>Aktivnost</w:t>
      </w:r>
      <w:proofErr w:type="spellEnd"/>
      <w:r w:rsidRPr="00BB5DA8">
        <w:rPr>
          <w:rFonts w:ascii="Times New Roman" w:hAnsi="Times New Roman"/>
          <w:color w:val="548DD4" w:themeColor="text2" w:themeTint="99"/>
          <w:sz w:val="28"/>
          <w:szCs w:val="28"/>
        </w:rPr>
        <w:t xml:space="preserve"> 1: </w:t>
      </w:r>
      <w:proofErr w:type="spellStart"/>
      <w:r w:rsidRPr="00BB5DA8">
        <w:rPr>
          <w:rFonts w:ascii="Times New Roman" w:hAnsi="Times New Roman"/>
          <w:color w:val="548DD4" w:themeColor="text2" w:themeTint="99"/>
          <w:sz w:val="28"/>
          <w:szCs w:val="28"/>
        </w:rPr>
        <w:t>Uvajalni</w:t>
      </w:r>
      <w:proofErr w:type="spellEnd"/>
      <w:r w:rsidRPr="00BB5DA8">
        <w:rPr>
          <w:rFonts w:ascii="Times New Roman" w:hAnsi="Times New Roman"/>
          <w:color w:val="548DD4" w:themeColor="text2" w:themeTint="99"/>
          <w:sz w:val="28"/>
          <w:szCs w:val="28"/>
        </w:rPr>
        <w:t xml:space="preserve"> </w:t>
      </w:r>
      <w:proofErr w:type="spellStart"/>
      <w:r w:rsidR="00613694" w:rsidRPr="00BB5DA8">
        <w:rPr>
          <w:rFonts w:ascii="Times New Roman" w:hAnsi="Times New Roman"/>
          <w:color w:val="548DD4" w:themeColor="text2" w:themeTint="99"/>
          <w:sz w:val="28"/>
          <w:szCs w:val="28"/>
        </w:rPr>
        <w:t>po</w:t>
      </w:r>
      <w:r w:rsidRPr="00BB5DA8">
        <w:rPr>
          <w:rFonts w:ascii="Times New Roman" w:hAnsi="Times New Roman"/>
          <w:color w:val="548DD4" w:themeColor="text2" w:themeTint="99"/>
          <w:sz w:val="28"/>
          <w:szCs w:val="28"/>
        </w:rPr>
        <w:t>govor</w:t>
      </w:r>
      <w:proofErr w:type="spellEnd"/>
      <w:r w:rsidRPr="00BB5DA8">
        <w:rPr>
          <w:rFonts w:ascii="Times New Roman" w:hAnsi="Times New Roman"/>
          <w:color w:val="548DD4" w:themeColor="text2" w:themeTint="99"/>
          <w:sz w:val="28"/>
          <w:szCs w:val="28"/>
        </w:rPr>
        <w:t xml:space="preserve"> z </w:t>
      </w:r>
      <w:proofErr w:type="spellStart"/>
      <w:r w:rsidRPr="00BB5DA8">
        <w:rPr>
          <w:rFonts w:ascii="Times New Roman" w:hAnsi="Times New Roman"/>
          <w:color w:val="548DD4" w:themeColor="text2" w:themeTint="99"/>
          <w:sz w:val="28"/>
          <w:szCs w:val="28"/>
        </w:rPr>
        <w:t>mentorjem</w:t>
      </w:r>
      <w:proofErr w:type="spellEnd"/>
      <w:r w:rsidR="00885D44" w:rsidRPr="00BB5DA8">
        <w:rPr>
          <w:rFonts w:ascii="Times New Roman" w:hAnsi="Times New Roman"/>
          <w:color w:val="548DD4" w:themeColor="text2" w:themeTint="99"/>
          <w:sz w:val="28"/>
          <w:szCs w:val="28"/>
        </w:rPr>
        <w:t xml:space="preserve"> v </w:t>
      </w:r>
      <w:proofErr w:type="spellStart"/>
      <w:r w:rsidR="00885D44" w:rsidRPr="00BB5DA8">
        <w:rPr>
          <w:rFonts w:ascii="Times New Roman" w:hAnsi="Times New Roman"/>
          <w:color w:val="548DD4" w:themeColor="text2" w:themeTint="99"/>
          <w:sz w:val="28"/>
          <w:szCs w:val="28"/>
        </w:rPr>
        <w:t>instituciji</w:t>
      </w:r>
      <w:proofErr w:type="spellEnd"/>
      <w:r w:rsidRPr="00BB5DA8">
        <w:rPr>
          <w:rFonts w:ascii="Times New Roman" w:hAnsi="Times New Roman"/>
          <w:color w:val="548DD4" w:themeColor="text2" w:themeTint="99"/>
          <w:sz w:val="28"/>
          <w:szCs w:val="28"/>
        </w:rPr>
        <w:t xml:space="preserve"> (</w:t>
      </w:r>
      <w:proofErr w:type="spellStart"/>
      <w:r w:rsidRPr="00BB5DA8">
        <w:rPr>
          <w:rFonts w:ascii="Times New Roman" w:hAnsi="Times New Roman"/>
          <w:color w:val="548DD4" w:themeColor="text2" w:themeTint="99"/>
          <w:sz w:val="28"/>
          <w:szCs w:val="28"/>
        </w:rPr>
        <w:t>pregled</w:t>
      </w:r>
      <w:proofErr w:type="spellEnd"/>
      <w:r w:rsidRPr="00BB5DA8">
        <w:rPr>
          <w:rFonts w:ascii="Times New Roman" w:hAnsi="Times New Roman"/>
          <w:color w:val="548DD4" w:themeColor="text2" w:themeTint="99"/>
          <w:sz w:val="28"/>
          <w:szCs w:val="28"/>
        </w:rPr>
        <w:t xml:space="preserve"> </w:t>
      </w:r>
      <w:proofErr w:type="spellStart"/>
      <w:r w:rsidRPr="00BB5DA8">
        <w:rPr>
          <w:rFonts w:ascii="Times New Roman" w:hAnsi="Times New Roman"/>
          <w:color w:val="548DD4" w:themeColor="text2" w:themeTint="99"/>
          <w:sz w:val="28"/>
          <w:szCs w:val="28"/>
        </w:rPr>
        <w:t>gradiv</w:t>
      </w:r>
      <w:proofErr w:type="spellEnd"/>
      <w:r w:rsidRPr="00BB5DA8">
        <w:rPr>
          <w:rFonts w:ascii="Times New Roman" w:hAnsi="Times New Roman"/>
          <w:color w:val="548DD4" w:themeColor="text2" w:themeTint="99"/>
          <w:sz w:val="28"/>
          <w:szCs w:val="28"/>
        </w:rPr>
        <w:t xml:space="preserve"> za </w:t>
      </w:r>
      <w:proofErr w:type="spellStart"/>
      <w:r w:rsidRPr="00BB5DA8">
        <w:rPr>
          <w:rFonts w:ascii="Times New Roman" w:hAnsi="Times New Roman"/>
          <w:color w:val="548DD4" w:themeColor="text2" w:themeTint="99"/>
          <w:sz w:val="28"/>
          <w:szCs w:val="28"/>
        </w:rPr>
        <w:t>opazovalno</w:t>
      </w:r>
      <w:proofErr w:type="spellEnd"/>
      <w:r w:rsidRPr="00BB5DA8">
        <w:rPr>
          <w:rFonts w:ascii="Times New Roman" w:hAnsi="Times New Roman"/>
          <w:color w:val="548DD4" w:themeColor="text2" w:themeTint="99"/>
          <w:sz w:val="28"/>
          <w:szCs w:val="28"/>
        </w:rPr>
        <w:t xml:space="preserve"> </w:t>
      </w:r>
      <w:proofErr w:type="spellStart"/>
      <w:r w:rsidRPr="00BB5DA8">
        <w:rPr>
          <w:rFonts w:ascii="Times New Roman" w:hAnsi="Times New Roman"/>
          <w:color w:val="548DD4" w:themeColor="text2" w:themeTint="99"/>
          <w:sz w:val="28"/>
          <w:szCs w:val="28"/>
        </w:rPr>
        <w:t>prakso</w:t>
      </w:r>
      <w:proofErr w:type="spellEnd"/>
      <w:r w:rsidRPr="00BB5DA8">
        <w:rPr>
          <w:rFonts w:ascii="Times New Roman" w:hAnsi="Times New Roman"/>
          <w:color w:val="548DD4" w:themeColor="text2" w:themeTint="99"/>
          <w:sz w:val="28"/>
          <w:szCs w:val="28"/>
        </w:rPr>
        <w:t>, izdelava načrta dela)</w:t>
      </w:r>
    </w:p>
    <w:p w14:paraId="25582626" w14:textId="77777777" w:rsidR="00DB443C" w:rsidRDefault="00DB443C"/>
    <w:p w14:paraId="41BC475D" w14:textId="77777777" w:rsidR="00DB443C" w:rsidRDefault="00000000">
      <w:r>
        <w:t>Na kratko zapišite, kaj pričakujete od praktičnega usposabljanja.</w:t>
      </w:r>
    </w:p>
    <w:tbl>
      <w:tblPr>
        <w:tblStyle w:val="Tabelamrea"/>
        <w:tblW w:w="0" w:type="auto"/>
        <w:tblLook w:val="04A0" w:firstRow="1" w:lastRow="0" w:firstColumn="1" w:lastColumn="0" w:noHBand="0" w:noVBand="1"/>
      </w:tblPr>
      <w:tblGrid>
        <w:gridCol w:w="8630"/>
      </w:tblGrid>
      <w:tr w:rsidR="005B4A76" w14:paraId="00E3D31B" w14:textId="77777777" w:rsidTr="0064438A">
        <w:tc>
          <w:tcPr>
            <w:tcW w:w="8630" w:type="dxa"/>
          </w:tcPr>
          <w:p w14:paraId="7089E440" w14:textId="77777777" w:rsidR="0064438A" w:rsidRDefault="0064438A">
            <w:bookmarkStart w:id="3" w:name="_Hlk219218364"/>
          </w:p>
          <w:p w14:paraId="0E8F3E58" w14:textId="77777777" w:rsidR="0064438A" w:rsidRDefault="0064438A"/>
          <w:p w14:paraId="6F0A802B" w14:textId="77777777" w:rsidR="0064438A" w:rsidRDefault="0064438A"/>
        </w:tc>
      </w:tr>
      <w:bookmarkEnd w:id="3"/>
    </w:tbl>
    <w:p w14:paraId="29D2768D" w14:textId="77777777" w:rsidR="00DB443C" w:rsidRPr="0052179A" w:rsidRDefault="00DB443C">
      <w:pPr>
        <w:rPr>
          <w:sz w:val="24"/>
          <w:szCs w:val="24"/>
        </w:rPr>
      </w:pPr>
    </w:p>
    <w:p w14:paraId="1DAEBC49" w14:textId="5300C61A" w:rsidR="00DB443C" w:rsidRPr="00BB5DA8" w:rsidRDefault="00000000" w:rsidP="00BB5DA8">
      <w:pPr>
        <w:pStyle w:val="Naslov3"/>
        <w:spacing w:line="240" w:lineRule="auto"/>
        <w:rPr>
          <w:rFonts w:ascii="Times New Roman" w:hAnsi="Times New Roman"/>
          <w:color w:val="548DD4" w:themeColor="text2" w:themeTint="99"/>
          <w:sz w:val="28"/>
          <w:szCs w:val="28"/>
        </w:rPr>
      </w:pPr>
      <w:proofErr w:type="spellStart"/>
      <w:r w:rsidRPr="00BB5DA8">
        <w:rPr>
          <w:rFonts w:ascii="Times New Roman" w:hAnsi="Times New Roman"/>
          <w:color w:val="548DD4" w:themeColor="text2" w:themeTint="99"/>
          <w:sz w:val="28"/>
          <w:szCs w:val="28"/>
        </w:rPr>
        <w:t>Aktivnost</w:t>
      </w:r>
      <w:proofErr w:type="spellEnd"/>
      <w:r w:rsidRPr="00BB5DA8">
        <w:rPr>
          <w:rFonts w:ascii="Times New Roman" w:hAnsi="Times New Roman"/>
          <w:color w:val="548DD4" w:themeColor="text2" w:themeTint="99"/>
          <w:sz w:val="28"/>
          <w:szCs w:val="28"/>
        </w:rPr>
        <w:t xml:space="preserve"> 2: </w:t>
      </w:r>
      <w:proofErr w:type="spellStart"/>
      <w:r w:rsidR="00613694" w:rsidRPr="00BB5DA8">
        <w:rPr>
          <w:rFonts w:ascii="Times New Roman" w:hAnsi="Times New Roman"/>
          <w:color w:val="548DD4" w:themeColor="text2" w:themeTint="99"/>
          <w:sz w:val="28"/>
          <w:szCs w:val="28"/>
        </w:rPr>
        <w:t>Po</w:t>
      </w:r>
      <w:r w:rsidRPr="00BB5DA8">
        <w:rPr>
          <w:rFonts w:ascii="Times New Roman" w:hAnsi="Times New Roman"/>
          <w:color w:val="548DD4" w:themeColor="text2" w:themeTint="99"/>
          <w:sz w:val="28"/>
          <w:szCs w:val="28"/>
        </w:rPr>
        <w:t>govor</w:t>
      </w:r>
      <w:proofErr w:type="spellEnd"/>
      <w:r w:rsidRPr="00BB5DA8">
        <w:rPr>
          <w:rFonts w:ascii="Times New Roman" w:hAnsi="Times New Roman"/>
          <w:color w:val="548DD4" w:themeColor="text2" w:themeTint="99"/>
          <w:sz w:val="28"/>
          <w:szCs w:val="28"/>
        </w:rPr>
        <w:t xml:space="preserve"> z </w:t>
      </w:r>
      <w:proofErr w:type="spellStart"/>
      <w:r w:rsidR="00885D44" w:rsidRPr="00BB5DA8">
        <w:rPr>
          <w:rFonts w:ascii="Times New Roman" w:hAnsi="Times New Roman"/>
          <w:color w:val="548DD4" w:themeColor="text2" w:themeTint="99"/>
          <w:sz w:val="28"/>
          <w:szCs w:val="28"/>
        </w:rPr>
        <w:t>vodjo</w:t>
      </w:r>
      <w:proofErr w:type="spellEnd"/>
      <w:r w:rsidR="00885D44" w:rsidRPr="00BB5DA8">
        <w:rPr>
          <w:rFonts w:ascii="Times New Roman" w:hAnsi="Times New Roman"/>
          <w:color w:val="548DD4" w:themeColor="text2" w:themeTint="99"/>
          <w:sz w:val="28"/>
          <w:szCs w:val="28"/>
        </w:rPr>
        <w:t xml:space="preserve"> </w:t>
      </w:r>
      <w:proofErr w:type="spellStart"/>
      <w:r w:rsidR="00885D44" w:rsidRPr="00BB5DA8">
        <w:rPr>
          <w:rFonts w:ascii="Times New Roman" w:hAnsi="Times New Roman"/>
          <w:color w:val="548DD4" w:themeColor="text2" w:themeTint="99"/>
          <w:sz w:val="28"/>
          <w:szCs w:val="28"/>
        </w:rPr>
        <w:t>institucije</w:t>
      </w:r>
      <w:proofErr w:type="spellEnd"/>
      <w:r w:rsidRPr="00BB5DA8">
        <w:rPr>
          <w:rFonts w:ascii="Times New Roman" w:hAnsi="Times New Roman"/>
          <w:color w:val="548DD4" w:themeColor="text2" w:themeTint="99"/>
          <w:sz w:val="28"/>
          <w:szCs w:val="28"/>
        </w:rPr>
        <w:t xml:space="preserve"> – </w:t>
      </w:r>
      <w:proofErr w:type="spellStart"/>
      <w:r w:rsidRPr="00BB5DA8">
        <w:rPr>
          <w:rFonts w:ascii="Times New Roman" w:hAnsi="Times New Roman"/>
          <w:color w:val="548DD4" w:themeColor="text2" w:themeTint="99"/>
          <w:sz w:val="28"/>
          <w:szCs w:val="28"/>
        </w:rPr>
        <w:t>spoznavanje</w:t>
      </w:r>
      <w:proofErr w:type="spellEnd"/>
      <w:r w:rsidRPr="00BB5DA8">
        <w:rPr>
          <w:rFonts w:ascii="Times New Roman" w:hAnsi="Times New Roman"/>
          <w:color w:val="548DD4" w:themeColor="text2" w:themeTint="99"/>
          <w:sz w:val="28"/>
          <w:szCs w:val="28"/>
        </w:rPr>
        <w:t xml:space="preserve"> dela </w:t>
      </w:r>
      <w:proofErr w:type="spellStart"/>
      <w:r w:rsidR="00885D44" w:rsidRPr="00BB5DA8">
        <w:rPr>
          <w:rFonts w:ascii="Times New Roman" w:hAnsi="Times New Roman"/>
          <w:color w:val="548DD4" w:themeColor="text2" w:themeTint="99"/>
          <w:sz w:val="28"/>
          <w:szCs w:val="28"/>
        </w:rPr>
        <w:t>institucije</w:t>
      </w:r>
      <w:proofErr w:type="spellEnd"/>
      <w:r w:rsidRPr="00BB5DA8">
        <w:rPr>
          <w:rFonts w:ascii="Times New Roman" w:hAnsi="Times New Roman"/>
          <w:color w:val="548DD4" w:themeColor="text2" w:themeTint="99"/>
          <w:sz w:val="28"/>
          <w:szCs w:val="28"/>
        </w:rPr>
        <w:t xml:space="preserve"> in </w:t>
      </w:r>
      <w:proofErr w:type="spellStart"/>
      <w:r w:rsidRPr="00BB5DA8">
        <w:rPr>
          <w:rFonts w:ascii="Times New Roman" w:hAnsi="Times New Roman"/>
          <w:color w:val="548DD4" w:themeColor="text2" w:themeTint="99"/>
          <w:sz w:val="28"/>
          <w:szCs w:val="28"/>
        </w:rPr>
        <w:t>dokumentacije</w:t>
      </w:r>
      <w:proofErr w:type="spellEnd"/>
      <w:r w:rsidR="00885D44" w:rsidRPr="00BB5DA8">
        <w:rPr>
          <w:rFonts w:ascii="Times New Roman" w:hAnsi="Times New Roman"/>
          <w:color w:val="548DD4" w:themeColor="text2" w:themeTint="99"/>
          <w:sz w:val="28"/>
          <w:szCs w:val="28"/>
        </w:rPr>
        <w:t xml:space="preserve"> za </w:t>
      </w:r>
      <w:proofErr w:type="spellStart"/>
      <w:r w:rsidR="00885D44" w:rsidRPr="00BB5DA8">
        <w:rPr>
          <w:rFonts w:ascii="Times New Roman" w:hAnsi="Times New Roman"/>
          <w:color w:val="548DD4" w:themeColor="text2" w:themeTint="99"/>
          <w:sz w:val="28"/>
          <w:szCs w:val="28"/>
        </w:rPr>
        <w:t>delovanje</w:t>
      </w:r>
      <w:proofErr w:type="spellEnd"/>
      <w:r w:rsidR="00885D44" w:rsidRPr="00BB5DA8">
        <w:rPr>
          <w:rFonts w:ascii="Times New Roman" w:hAnsi="Times New Roman"/>
          <w:color w:val="548DD4" w:themeColor="text2" w:themeTint="99"/>
          <w:sz w:val="28"/>
          <w:szCs w:val="28"/>
        </w:rPr>
        <w:t>.</w:t>
      </w:r>
    </w:p>
    <w:p w14:paraId="3B2023F3" w14:textId="77777777" w:rsidR="00A10371" w:rsidRPr="00A10371" w:rsidRDefault="00A10371" w:rsidP="00A10371"/>
    <w:p w14:paraId="5379F517" w14:textId="7CE60C9A" w:rsidR="00DB443C" w:rsidRPr="0052179A" w:rsidRDefault="0052179A">
      <w:pPr>
        <w:rPr>
          <w:color w:val="17365D" w:themeColor="text2" w:themeShade="BF"/>
        </w:rPr>
      </w:pPr>
      <w:proofErr w:type="spellStart"/>
      <w:r w:rsidRPr="0052179A">
        <w:rPr>
          <w:color w:val="17365D" w:themeColor="text2" w:themeShade="BF"/>
        </w:rPr>
        <w:t>Predstavite</w:t>
      </w:r>
      <w:proofErr w:type="spellEnd"/>
      <w:r w:rsidRPr="0052179A">
        <w:rPr>
          <w:color w:val="17365D" w:themeColor="text2" w:themeShade="BF"/>
        </w:rPr>
        <w:t xml:space="preserve"> </w:t>
      </w:r>
      <w:proofErr w:type="spellStart"/>
      <w:r w:rsidR="00885D44">
        <w:rPr>
          <w:color w:val="17365D" w:themeColor="text2" w:themeShade="BF"/>
        </w:rPr>
        <w:t>institucijo</w:t>
      </w:r>
      <w:proofErr w:type="spellEnd"/>
      <w:r w:rsidRPr="0052179A">
        <w:rPr>
          <w:color w:val="17365D" w:themeColor="text2" w:themeShade="BF"/>
        </w:rPr>
        <w:t xml:space="preserve"> in </w:t>
      </w:r>
      <w:proofErr w:type="spellStart"/>
      <w:r w:rsidRPr="0052179A">
        <w:rPr>
          <w:color w:val="17365D" w:themeColor="text2" w:themeShade="BF"/>
        </w:rPr>
        <w:t>zapišite</w:t>
      </w:r>
      <w:proofErr w:type="spellEnd"/>
      <w:r w:rsidRPr="0052179A">
        <w:rPr>
          <w:color w:val="17365D" w:themeColor="text2" w:themeShade="BF"/>
        </w:rPr>
        <w:t xml:space="preserve"> </w:t>
      </w:r>
      <w:proofErr w:type="spellStart"/>
      <w:r w:rsidRPr="0052179A">
        <w:rPr>
          <w:color w:val="17365D" w:themeColor="text2" w:themeShade="BF"/>
        </w:rPr>
        <w:t>svoj</w:t>
      </w:r>
      <w:proofErr w:type="spellEnd"/>
      <w:r w:rsidRPr="0052179A">
        <w:rPr>
          <w:color w:val="17365D" w:themeColor="text2" w:themeShade="BF"/>
        </w:rPr>
        <w:t xml:space="preserve"> </w:t>
      </w:r>
      <w:proofErr w:type="spellStart"/>
      <w:r w:rsidRPr="0052179A">
        <w:rPr>
          <w:color w:val="17365D" w:themeColor="text2" w:themeShade="BF"/>
        </w:rPr>
        <w:t>vtis</w:t>
      </w:r>
      <w:proofErr w:type="spellEnd"/>
      <w:r w:rsidRPr="0052179A">
        <w:rPr>
          <w:color w:val="17365D" w:themeColor="text2" w:themeShade="BF"/>
        </w:rPr>
        <w:t xml:space="preserve"> o </w:t>
      </w:r>
      <w:proofErr w:type="spellStart"/>
      <w:r w:rsidR="00885D44">
        <w:rPr>
          <w:color w:val="17365D" w:themeColor="text2" w:themeShade="BF"/>
        </w:rPr>
        <w:t>instituciji</w:t>
      </w:r>
      <w:proofErr w:type="spellEnd"/>
      <w:r w:rsidR="00885D44">
        <w:rPr>
          <w:color w:val="17365D" w:themeColor="text2" w:themeShade="BF"/>
        </w:rPr>
        <w:t>.</w:t>
      </w:r>
    </w:p>
    <w:tbl>
      <w:tblPr>
        <w:tblStyle w:val="Tabelamrea"/>
        <w:tblW w:w="0" w:type="auto"/>
        <w:tblLook w:val="04A0" w:firstRow="1" w:lastRow="0" w:firstColumn="1" w:lastColumn="0" w:noHBand="0" w:noVBand="1"/>
      </w:tblPr>
      <w:tblGrid>
        <w:gridCol w:w="8630"/>
      </w:tblGrid>
      <w:tr w:rsidR="0064438A" w:rsidRPr="0064438A" w14:paraId="71931991" w14:textId="77777777">
        <w:tc>
          <w:tcPr>
            <w:tcW w:w="8630" w:type="dxa"/>
          </w:tcPr>
          <w:p w14:paraId="21576047" w14:textId="77777777" w:rsidR="0064438A" w:rsidRDefault="0064438A" w:rsidP="00E27003"/>
          <w:p w14:paraId="7F922EAF" w14:textId="77777777" w:rsidR="0064438A" w:rsidRDefault="0064438A" w:rsidP="00E27003"/>
          <w:p w14:paraId="6766E604" w14:textId="77777777" w:rsidR="0064438A" w:rsidRPr="0064438A" w:rsidRDefault="0064438A" w:rsidP="00E27003"/>
        </w:tc>
      </w:tr>
    </w:tbl>
    <w:p w14:paraId="1668ED20" w14:textId="77777777" w:rsidR="0064438A" w:rsidRDefault="0064438A" w:rsidP="0064438A"/>
    <w:p w14:paraId="466A66C1" w14:textId="20605232" w:rsidR="0052179A" w:rsidRDefault="0064438A" w:rsidP="0052179A">
      <w:pPr>
        <w:jc w:val="both"/>
      </w:pPr>
      <w:proofErr w:type="spellStart"/>
      <w:r w:rsidRPr="0052179A">
        <w:t>Seznanite</w:t>
      </w:r>
      <w:proofErr w:type="spellEnd"/>
      <w:r w:rsidRPr="0052179A">
        <w:t xml:space="preserve"> se </w:t>
      </w:r>
      <w:proofErr w:type="spellStart"/>
      <w:r w:rsidRPr="0052179A">
        <w:t>dokumentacijo</w:t>
      </w:r>
      <w:proofErr w:type="spellEnd"/>
      <w:r w:rsidRPr="0052179A">
        <w:t xml:space="preserve">, ki je </w:t>
      </w:r>
      <w:proofErr w:type="spellStart"/>
      <w:r w:rsidRPr="0052179A">
        <w:t>pomembna</w:t>
      </w:r>
      <w:proofErr w:type="spellEnd"/>
      <w:r w:rsidRPr="0052179A">
        <w:t xml:space="preserve"> za </w:t>
      </w:r>
      <w:proofErr w:type="spellStart"/>
      <w:r w:rsidRPr="0052179A">
        <w:t>delovanje</w:t>
      </w:r>
      <w:proofErr w:type="spellEnd"/>
      <w:r w:rsidRPr="0052179A">
        <w:t xml:space="preserve"> </w:t>
      </w:r>
      <w:proofErr w:type="spellStart"/>
      <w:r w:rsidR="00885D44">
        <w:t>institucije</w:t>
      </w:r>
      <w:proofErr w:type="spellEnd"/>
      <w:r w:rsidRPr="0052179A">
        <w:t xml:space="preserve">. </w:t>
      </w:r>
      <w:proofErr w:type="spellStart"/>
      <w:r w:rsidRPr="0052179A">
        <w:t>Izmed</w:t>
      </w:r>
      <w:proofErr w:type="spellEnd"/>
      <w:r w:rsidRPr="0052179A">
        <w:t xml:space="preserve"> </w:t>
      </w:r>
      <w:proofErr w:type="spellStart"/>
      <w:r w:rsidRPr="0052179A">
        <w:t>dokumentov</w:t>
      </w:r>
      <w:proofErr w:type="spellEnd"/>
      <w:r w:rsidRPr="0052179A">
        <w:t xml:space="preserve">, s </w:t>
      </w:r>
      <w:proofErr w:type="spellStart"/>
      <w:r w:rsidRPr="0052179A">
        <w:t>katerimi</w:t>
      </w:r>
      <w:proofErr w:type="spellEnd"/>
      <w:r w:rsidRPr="0052179A">
        <w:t xml:space="preserve"> </w:t>
      </w:r>
      <w:proofErr w:type="spellStart"/>
      <w:r w:rsidRPr="0052179A">
        <w:t>ste</w:t>
      </w:r>
      <w:proofErr w:type="spellEnd"/>
      <w:r w:rsidRPr="0052179A">
        <w:t xml:space="preserve"> se </w:t>
      </w:r>
      <w:proofErr w:type="spellStart"/>
      <w:r w:rsidRPr="0052179A">
        <w:t>seznanili</w:t>
      </w:r>
      <w:proofErr w:type="spellEnd"/>
      <w:r w:rsidRPr="0052179A">
        <w:t xml:space="preserve">, </w:t>
      </w:r>
      <w:proofErr w:type="spellStart"/>
      <w:r w:rsidRPr="0052179A">
        <w:t>izberite</w:t>
      </w:r>
      <w:proofErr w:type="spellEnd"/>
      <w:r w:rsidRPr="0052179A">
        <w:t xml:space="preserve"> </w:t>
      </w:r>
      <w:proofErr w:type="spellStart"/>
      <w:r w:rsidRPr="0052179A">
        <w:t>vsaj</w:t>
      </w:r>
      <w:proofErr w:type="spellEnd"/>
      <w:r w:rsidRPr="0052179A">
        <w:t xml:space="preserve"> </w:t>
      </w:r>
      <w:proofErr w:type="spellStart"/>
      <w:r w:rsidRPr="0052179A">
        <w:t>dva</w:t>
      </w:r>
      <w:proofErr w:type="spellEnd"/>
      <w:r w:rsidRPr="0052179A">
        <w:t xml:space="preserve"> in </w:t>
      </w:r>
      <w:proofErr w:type="spellStart"/>
      <w:r w:rsidRPr="0052179A">
        <w:t>ju</w:t>
      </w:r>
      <w:proofErr w:type="spellEnd"/>
      <w:r w:rsidRPr="0052179A">
        <w:t xml:space="preserve"> </w:t>
      </w:r>
      <w:proofErr w:type="spellStart"/>
      <w:r w:rsidRPr="0052179A">
        <w:t>na</w:t>
      </w:r>
      <w:proofErr w:type="spellEnd"/>
      <w:r w:rsidRPr="0052179A">
        <w:t xml:space="preserve"> </w:t>
      </w:r>
      <w:proofErr w:type="spellStart"/>
      <w:r w:rsidRPr="0052179A">
        <w:t>kratko</w:t>
      </w:r>
      <w:proofErr w:type="spellEnd"/>
      <w:r w:rsidRPr="0052179A">
        <w:t xml:space="preserve"> </w:t>
      </w:r>
      <w:proofErr w:type="spellStart"/>
      <w:r w:rsidRPr="0052179A">
        <w:t>opišite</w:t>
      </w:r>
      <w:proofErr w:type="spellEnd"/>
      <w:r w:rsidRPr="0052179A">
        <w:t xml:space="preserve"> (</w:t>
      </w:r>
      <w:proofErr w:type="spellStart"/>
      <w:r w:rsidRPr="0052179A">
        <w:t>navedite</w:t>
      </w:r>
      <w:proofErr w:type="spellEnd"/>
      <w:r w:rsidRPr="0052179A">
        <w:t xml:space="preserve"> </w:t>
      </w:r>
      <w:proofErr w:type="spellStart"/>
      <w:r w:rsidRPr="0052179A">
        <w:t>namen</w:t>
      </w:r>
      <w:proofErr w:type="spellEnd"/>
      <w:r w:rsidRPr="0052179A">
        <w:t xml:space="preserve"> </w:t>
      </w:r>
      <w:proofErr w:type="spellStart"/>
      <w:r w:rsidRPr="0052179A">
        <w:t>dokumenta</w:t>
      </w:r>
      <w:proofErr w:type="spellEnd"/>
      <w:r w:rsidRPr="0052179A">
        <w:t xml:space="preserve">, </w:t>
      </w:r>
      <w:proofErr w:type="spellStart"/>
      <w:r w:rsidRPr="0052179A">
        <w:t>komu</w:t>
      </w:r>
      <w:proofErr w:type="spellEnd"/>
      <w:r w:rsidRPr="0052179A">
        <w:t xml:space="preserve"> je </w:t>
      </w:r>
      <w:proofErr w:type="spellStart"/>
      <w:r w:rsidRPr="0052179A">
        <w:t>namenjen</w:t>
      </w:r>
      <w:proofErr w:type="spellEnd"/>
      <w:r w:rsidRPr="0052179A">
        <w:t xml:space="preserve"> in </w:t>
      </w:r>
      <w:proofErr w:type="spellStart"/>
      <w:r w:rsidRPr="0052179A">
        <w:t>kako</w:t>
      </w:r>
      <w:proofErr w:type="spellEnd"/>
      <w:r w:rsidRPr="0052179A">
        <w:t xml:space="preserve"> se </w:t>
      </w:r>
      <w:proofErr w:type="spellStart"/>
      <w:r w:rsidRPr="0052179A">
        <w:t>uporablja</w:t>
      </w:r>
      <w:proofErr w:type="spellEnd"/>
      <w:r w:rsidRPr="0052179A">
        <w:t xml:space="preserve"> v </w:t>
      </w:r>
      <w:proofErr w:type="spellStart"/>
      <w:r w:rsidRPr="0052179A">
        <w:t>praksi</w:t>
      </w:r>
      <w:proofErr w:type="spellEnd"/>
      <w:r w:rsidRPr="0052179A">
        <w:t>).</w:t>
      </w:r>
    </w:p>
    <w:p w14:paraId="6DAF3F1A" w14:textId="28E31394" w:rsidR="00DB443C" w:rsidRPr="0052179A" w:rsidRDefault="0064438A" w:rsidP="0052179A">
      <w:pPr>
        <w:jc w:val="both"/>
      </w:pPr>
      <w:r w:rsidRPr="0052179A">
        <w:t xml:space="preserve">V </w:t>
      </w:r>
      <w:proofErr w:type="spellStart"/>
      <w:r w:rsidRPr="0052179A">
        <w:t>refleksiji</w:t>
      </w:r>
      <w:proofErr w:type="spellEnd"/>
      <w:r w:rsidRPr="0052179A">
        <w:t xml:space="preserve"> </w:t>
      </w:r>
      <w:proofErr w:type="spellStart"/>
      <w:r w:rsidRPr="0052179A">
        <w:t>razmislite</w:t>
      </w:r>
      <w:proofErr w:type="spellEnd"/>
      <w:r w:rsidRPr="0052179A">
        <w:t xml:space="preserve"> o </w:t>
      </w:r>
      <w:proofErr w:type="spellStart"/>
      <w:r w:rsidRPr="0052179A">
        <w:t>pomenu</w:t>
      </w:r>
      <w:proofErr w:type="spellEnd"/>
      <w:r w:rsidRPr="0052179A">
        <w:t xml:space="preserve"> </w:t>
      </w:r>
      <w:proofErr w:type="spellStart"/>
      <w:r w:rsidRPr="0052179A">
        <w:t>izbrane</w:t>
      </w:r>
      <w:proofErr w:type="spellEnd"/>
      <w:r w:rsidRPr="0052179A">
        <w:t xml:space="preserve"> </w:t>
      </w:r>
      <w:proofErr w:type="spellStart"/>
      <w:r w:rsidRPr="0052179A">
        <w:t>dokumentacije</w:t>
      </w:r>
      <w:proofErr w:type="spellEnd"/>
      <w:r w:rsidRPr="0052179A">
        <w:t xml:space="preserve"> za </w:t>
      </w:r>
      <w:proofErr w:type="spellStart"/>
      <w:r w:rsidRPr="0052179A">
        <w:t>organizacijo</w:t>
      </w:r>
      <w:proofErr w:type="spellEnd"/>
      <w:r w:rsidRPr="0052179A">
        <w:t xml:space="preserve"> dela </w:t>
      </w:r>
      <w:r w:rsidR="00885D44">
        <w:t xml:space="preserve">v </w:t>
      </w:r>
      <w:proofErr w:type="spellStart"/>
      <w:r w:rsidR="00885D44">
        <w:t>instituciji</w:t>
      </w:r>
      <w:proofErr w:type="spellEnd"/>
      <w:r w:rsidRPr="0052179A">
        <w:t xml:space="preserve"> ter za </w:t>
      </w:r>
      <w:proofErr w:type="spellStart"/>
      <w:r w:rsidRPr="0052179A">
        <w:t>podporo</w:t>
      </w:r>
      <w:proofErr w:type="spellEnd"/>
      <w:r w:rsidRPr="0052179A">
        <w:t xml:space="preserve"> </w:t>
      </w:r>
      <w:proofErr w:type="spellStart"/>
      <w:r w:rsidR="00885D44">
        <w:t>vsebinskemu</w:t>
      </w:r>
      <w:proofErr w:type="spellEnd"/>
      <w:r w:rsidR="00885D44">
        <w:t xml:space="preserve"> </w:t>
      </w:r>
      <w:proofErr w:type="spellStart"/>
      <w:r w:rsidR="00885D44">
        <w:t>delu</w:t>
      </w:r>
      <w:proofErr w:type="spellEnd"/>
      <w:r w:rsidR="00885D44">
        <w:t xml:space="preserve"> </w:t>
      </w:r>
      <w:proofErr w:type="spellStart"/>
      <w:r w:rsidR="00885D44">
        <w:t>institucije</w:t>
      </w:r>
      <w:proofErr w:type="spellEnd"/>
      <w:r w:rsidRPr="0052179A">
        <w:t>.</w:t>
      </w:r>
    </w:p>
    <w:tbl>
      <w:tblPr>
        <w:tblStyle w:val="Tabelamrea"/>
        <w:tblW w:w="0" w:type="auto"/>
        <w:tblLook w:val="04A0" w:firstRow="1" w:lastRow="0" w:firstColumn="1" w:lastColumn="0" w:noHBand="0" w:noVBand="1"/>
      </w:tblPr>
      <w:tblGrid>
        <w:gridCol w:w="8630"/>
      </w:tblGrid>
      <w:tr w:rsidR="0064438A" w14:paraId="20884095" w14:textId="77777777" w:rsidTr="0064438A">
        <w:tc>
          <w:tcPr>
            <w:tcW w:w="8630" w:type="dxa"/>
          </w:tcPr>
          <w:p w14:paraId="55799F68" w14:textId="3D6137DE" w:rsidR="0064438A" w:rsidRDefault="002D42EA" w:rsidP="002D42EA">
            <w:pPr>
              <w:pStyle w:val="Odstavekseznama"/>
              <w:numPr>
                <w:ilvl w:val="0"/>
                <w:numId w:val="10"/>
              </w:numPr>
            </w:pPr>
            <w:proofErr w:type="spellStart"/>
            <w:proofErr w:type="gramStart"/>
            <w:r>
              <w:lastRenderedPageBreak/>
              <w:t>Dokument</w:t>
            </w:r>
            <w:proofErr w:type="spellEnd"/>
            <w:r>
              <w:t>:_</w:t>
            </w:r>
            <w:proofErr w:type="gramEnd"/>
            <w:r>
              <w:t>_____________________________________________________</w:t>
            </w:r>
          </w:p>
          <w:p w14:paraId="3920BDE7" w14:textId="77777777" w:rsidR="0064438A" w:rsidRDefault="0064438A"/>
          <w:p w14:paraId="2BC8AF5F" w14:textId="77777777" w:rsidR="0064438A" w:rsidRDefault="0064438A"/>
          <w:p w14:paraId="13501B00" w14:textId="77777777" w:rsidR="0064438A" w:rsidRDefault="0064438A"/>
          <w:p w14:paraId="46025E65" w14:textId="274C8301" w:rsidR="0064438A" w:rsidRDefault="002D42EA" w:rsidP="002D42EA">
            <w:pPr>
              <w:pStyle w:val="Odstavekseznama"/>
              <w:numPr>
                <w:ilvl w:val="0"/>
                <w:numId w:val="10"/>
              </w:numPr>
            </w:pPr>
            <w:proofErr w:type="spellStart"/>
            <w:proofErr w:type="gramStart"/>
            <w:r>
              <w:t>Dokument</w:t>
            </w:r>
            <w:proofErr w:type="spellEnd"/>
            <w:r>
              <w:t>:_</w:t>
            </w:r>
            <w:proofErr w:type="gramEnd"/>
            <w:r>
              <w:t>_____________________________________________________</w:t>
            </w:r>
          </w:p>
          <w:p w14:paraId="10E48E67" w14:textId="77777777" w:rsidR="00B13189" w:rsidRDefault="00B13189"/>
          <w:p w14:paraId="09BA1D01" w14:textId="77777777" w:rsidR="0064438A" w:rsidRDefault="0064438A"/>
          <w:p w14:paraId="05B9F6B8" w14:textId="55C33703" w:rsidR="0064438A" w:rsidRDefault="002D42EA">
            <w:r>
              <w:t xml:space="preserve">        </w:t>
            </w:r>
            <w:proofErr w:type="spellStart"/>
            <w:r>
              <w:t>Refleksija</w:t>
            </w:r>
            <w:proofErr w:type="spellEnd"/>
            <w:r>
              <w:t xml:space="preserve">: </w:t>
            </w:r>
          </w:p>
          <w:p w14:paraId="478AC647" w14:textId="77777777" w:rsidR="0064438A" w:rsidRDefault="0064438A"/>
          <w:p w14:paraId="25CDEBAD" w14:textId="77777777" w:rsidR="0064438A" w:rsidRDefault="0064438A"/>
          <w:p w14:paraId="095BC459" w14:textId="77777777" w:rsidR="0064438A" w:rsidRDefault="0064438A"/>
        </w:tc>
      </w:tr>
    </w:tbl>
    <w:p w14:paraId="0D8A3C72" w14:textId="77777777" w:rsidR="00DB443C" w:rsidRDefault="00DB443C"/>
    <w:p w14:paraId="0B3DA142" w14:textId="2CDBB564" w:rsidR="00DB443C" w:rsidRPr="00BB5DA8" w:rsidRDefault="00000000" w:rsidP="00BB5DA8">
      <w:pPr>
        <w:pStyle w:val="Naslov3"/>
        <w:spacing w:line="240" w:lineRule="auto"/>
        <w:jc w:val="both"/>
        <w:rPr>
          <w:color w:val="548DD4" w:themeColor="text2" w:themeTint="99"/>
          <w:sz w:val="28"/>
          <w:szCs w:val="28"/>
        </w:rPr>
      </w:pPr>
      <w:proofErr w:type="spellStart"/>
      <w:r w:rsidRPr="00BB5DA8">
        <w:rPr>
          <w:rFonts w:ascii="Times New Roman" w:hAnsi="Times New Roman"/>
          <w:color w:val="548DD4" w:themeColor="text2" w:themeTint="99"/>
          <w:sz w:val="28"/>
          <w:szCs w:val="28"/>
        </w:rPr>
        <w:t>Aktivnost</w:t>
      </w:r>
      <w:proofErr w:type="spellEnd"/>
      <w:r w:rsidRPr="00BB5DA8">
        <w:rPr>
          <w:rFonts w:ascii="Times New Roman" w:hAnsi="Times New Roman"/>
          <w:color w:val="548DD4" w:themeColor="text2" w:themeTint="99"/>
          <w:sz w:val="28"/>
          <w:szCs w:val="28"/>
        </w:rPr>
        <w:t xml:space="preserve"> 3: </w:t>
      </w:r>
      <w:proofErr w:type="spellStart"/>
      <w:r w:rsidRPr="00BB5DA8">
        <w:rPr>
          <w:rFonts w:ascii="Times New Roman" w:hAnsi="Times New Roman"/>
          <w:color w:val="548DD4" w:themeColor="text2" w:themeTint="99"/>
          <w:sz w:val="28"/>
          <w:szCs w:val="28"/>
        </w:rPr>
        <w:t>Spoznavanje</w:t>
      </w:r>
      <w:proofErr w:type="spellEnd"/>
      <w:r w:rsidRPr="00BB5DA8">
        <w:rPr>
          <w:rFonts w:ascii="Times New Roman" w:hAnsi="Times New Roman"/>
          <w:color w:val="548DD4" w:themeColor="text2" w:themeTint="99"/>
          <w:sz w:val="28"/>
          <w:szCs w:val="28"/>
        </w:rPr>
        <w:t xml:space="preserve"> in </w:t>
      </w:r>
      <w:proofErr w:type="spellStart"/>
      <w:r w:rsidRPr="00BB5DA8">
        <w:rPr>
          <w:rFonts w:ascii="Times New Roman" w:hAnsi="Times New Roman"/>
          <w:color w:val="548DD4" w:themeColor="text2" w:themeTint="99"/>
          <w:sz w:val="28"/>
          <w:szCs w:val="28"/>
        </w:rPr>
        <w:t>opazovanje</w:t>
      </w:r>
      <w:proofErr w:type="spellEnd"/>
      <w:r w:rsidRPr="00BB5DA8">
        <w:rPr>
          <w:rFonts w:ascii="Times New Roman" w:hAnsi="Times New Roman"/>
          <w:color w:val="548DD4" w:themeColor="text2" w:themeTint="99"/>
          <w:sz w:val="28"/>
          <w:szCs w:val="28"/>
        </w:rPr>
        <w:t xml:space="preserve"> dela </w:t>
      </w:r>
      <w:proofErr w:type="spellStart"/>
      <w:r w:rsidR="00885D44" w:rsidRPr="00BB5DA8">
        <w:rPr>
          <w:rFonts w:ascii="Times New Roman" w:hAnsi="Times New Roman"/>
          <w:color w:val="548DD4" w:themeColor="text2" w:themeTint="99"/>
          <w:sz w:val="28"/>
          <w:szCs w:val="28"/>
        </w:rPr>
        <w:t>posameznih</w:t>
      </w:r>
      <w:proofErr w:type="spellEnd"/>
      <w:r w:rsidR="00885D44" w:rsidRPr="00BB5DA8">
        <w:rPr>
          <w:rFonts w:ascii="Times New Roman" w:hAnsi="Times New Roman"/>
          <w:color w:val="548DD4" w:themeColor="text2" w:themeTint="99"/>
          <w:sz w:val="28"/>
          <w:szCs w:val="28"/>
        </w:rPr>
        <w:t xml:space="preserve"> </w:t>
      </w:r>
      <w:proofErr w:type="spellStart"/>
      <w:r w:rsidR="00885D44" w:rsidRPr="00BB5DA8">
        <w:rPr>
          <w:rFonts w:ascii="Times New Roman" w:hAnsi="Times New Roman"/>
          <w:color w:val="548DD4" w:themeColor="text2" w:themeTint="99"/>
          <w:sz w:val="28"/>
          <w:szCs w:val="28"/>
        </w:rPr>
        <w:t>strokovnih</w:t>
      </w:r>
      <w:proofErr w:type="spellEnd"/>
      <w:r w:rsidR="00885D44" w:rsidRPr="00BB5DA8">
        <w:rPr>
          <w:rFonts w:ascii="Times New Roman" w:hAnsi="Times New Roman"/>
          <w:color w:val="548DD4" w:themeColor="text2" w:themeTint="99"/>
          <w:sz w:val="28"/>
          <w:szCs w:val="28"/>
        </w:rPr>
        <w:t xml:space="preserve"> </w:t>
      </w:r>
      <w:proofErr w:type="spellStart"/>
      <w:r w:rsidR="00885D44" w:rsidRPr="00BB5DA8">
        <w:rPr>
          <w:rFonts w:ascii="Times New Roman" w:hAnsi="Times New Roman"/>
          <w:color w:val="548DD4" w:themeColor="text2" w:themeTint="99"/>
          <w:sz w:val="28"/>
          <w:szCs w:val="28"/>
        </w:rPr>
        <w:t>profilov</w:t>
      </w:r>
      <w:proofErr w:type="spellEnd"/>
      <w:r w:rsidR="00885D44" w:rsidRPr="00BB5DA8">
        <w:rPr>
          <w:rFonts w:ascii="Times New Roman" w:hAnsi="Times New Roman"/>
          <w:color w:val="548DD4" w:themeColor="text2" w:themeTint="99"/>
          <w:sz w:val="28"/>
          <w:szCs w:val="28"/>
        </w:rPr>
        <w:t xml:space="preserve"> in </w:t>
      </w:r>
      <w:proofErr w:type="spellStart"/>
      <w:r w:rsidR="00885D44" w:rsidRPr="00BB5DA8">
        <w:rPr>
          <w:rFonts w:ascii="Times New Roman" w:hAnsi="Times New Roman"/>
          <w:color w:val="548DD4" w:themeColor="text2" w:themeTint="99"/>
          <w:sz w:val="28"/>
          <w:szCs w:val="28"/>
        </w:rPr>
        <w:t>služb</w:t>
      </w:r>
      <w:proofErr w:type="spellEnd"/>
      <w:r w:rsidR="00885D44" w:rsidRPr="00BB5DA8">
        <w:rPr>
          <w:rFonts w:ascii="Times New Roman" w:hAnsi="Times New Roman"/>
          <w:color w:val="548DD4" w:themeColor="text2" w:themeTint="99"/>
          <w:sz w:val="28"/>
          <w:szCs w:val="28"/>
        </w:rPr>
        <w:t xml:space="preserve"> v </w:t>
      </w:r>
      <w:proofErr w:type="spellStart"/>
      <w:r w:rsidR="00885D44" w:rsidRPr="00BB5DA8">
        <w:rPr>
          <w:rFonts w:ascii="Times New Roman" w:hAnsi="Times New Roman"/>
          <w:color w:val="548DD4" w:themeColor="text2" w:themeTint="99"/>
          <w:sz w:val="28"/>
          <w:szCs w:val="28"/>
        </w:rPr>
        <w:t>instituciji</w:t>
      </w:r>
      <w:proofErr w:type="spellEnd"/>
      <w:r w:rsidR="00885D44" w:rsidRPr="00BB5DA8">
        <w:rPr>
          <w:rFonts w:ascii="Times New Roman" w:hAnsi="Times New Roman"/>
          <w:color w:val="548DD4" w:themeColor="text2" w:themeTint="99"/>
          <w:sz w:val="28"/>
          <w:szCs w:val="28"/>
        </w:rPr>
        <w:t>.</w:t>
      </w:r>
    </w:p>
    <w:p w14:paraId="56600B29" w14:textId="77777777" w:rsidR="00DB443C" w:rsidRDefault="00DB443C"/>
    <w:p w14:paraId="3D9907D9" w14:textId="30DABB2C" w:rsidR="00DB443C" w:rsidRDefault="00000000">
      <w:r>
        <w:t xml:space="preserve">Na </w:t>
      </w:r>
      <w:proofErr w:type="spellStart"/>
      <w:r>
        <w:t>kratko</w:t>
      </w:r>
      <w:proofErr w:type="spellEnd"/>
      <w:r>
        <w:t xml:space="preserve"> </w:t>
      </w:r>
      <w:proofErr w:type="spellStart"/>
      <w:r>
        <w:t>predstavite</w:t>
      </w:r>
      <w:proofErr w:type="spellEnd"/>
      <w:r>
        <w:t xml:space="preserve"> </w:t>
      </w:r>
      <w:proofErr w:type="spellStart"/>
      <w:r w:rsidR="00885D44">
        <w:t>vrste</w:t>
      </w:r>
      <w:proofErr w:type="spellEnd"/>
      <w:r w:rsidR="00885D44">
        <w:t xml:space="preserve"> </w:t>
      </w:r>
      <w:proofErr w:type="spellStart"/>
      <w:r w:rsidR="00885D44">
        <w:t>strokovnih</w:t>
      </w:r>
      <w:proofErr w:type="spellEnd"/>
      <w:r w:rsidR="00885D44">
        <w:t xml:space="preserve"> </w:t>
      </w:r>
      <w:proofErr w:type="spellStart"/>
      <w:r w:rsidR="00885D44">
        <w:t>služb</w:t>
      </w:r>
      <w:proofErr w:type="spellEnd"/>
      <w:r w:rsidR="00885D44">
        <w:t xml:space="preserve"> in </w:t>
      </w:r>
      <w:proofErr w:type="spellStart"/>
      <w:r w:rsidR="00885D44">
        <w:t>delavcev</w:t>
      </w:r>
      <w:proofErr w:type="spellEnd"/>
      <w:r w:rsidR="00885D44">
        <w:t xml:space="preserve"> v </w:t>
      </w:r>
      <w:proofErr w:type="spellStart"/>
      <w:r w:rsidR="00885D44">
        <w:t>instituciji</w:t>
      </w:r>
      <w:proofErr w:type="spellEnd"/>
      <w:r w:rsidR="00885D44">
        <w:t xml:space="preserve"> ter </w:t>
      </w:r>
      <w:proofErr w:type="spellStart"/>
      <w:r w:rsidR="00885D44">
        <w:t>opišite</w:t>
      </w:r>
      <w:proofErr w:type="spellEnd"/>
      <w:r w:rsidR="00885D44">
        <w:t xml:space="preserve"> </w:t>
      </w:r>
      <w:proofErr w:type="spellStart"/>
      <w:r w:rsidR="00885D44">
        <w:t>njihovo</w:t>
      </w:r>
      <w:proofErr w:type="spellEnd"/>
      <w:r w:rsidR="00885D44">
        <w:t xml:space="preserve"> </w:t>
      </w:r>
      <w:proofErr w:type="spellStart"/>
      <w:r w:rsidR="00885D44">
        <w:t>vlogo</w:t>
      </w:r>
      <w:proofErr w:type="spellEnd"/>
      <w:r w:rsidR="00885D44">
        <w:t>.</w:t>
      </w:r>
    </w:p>
    <w:tbl>
      <w:tblPr>
        <w:tblStyle w:val="Tabelamrea"/>
        <w:tblW w:w="0" w:type="auto"/>
        <w:tblLook w:val="04A0" w:firstRow="1" w:lastRow="0" w:firstColumn="1" w:lastColumn="0" w:noHBand="0" w:noVBand="1"/>
      </w:tblPr>
      <w:tblGrid>
        <w:gridCol w:w="8630"/>
      </w:tblGrid>
      <w:tr w:rsidR="005B4A76" w14:paraId="16774D57" w14:textId="77777777" w:rsidTr="0052179A">
        <w:tc>
          <w:tcPr>
            <w:tcW w:w="8630" w:type="dxa"/>
          </w:tcPr>
          <w:p w14:paraId="6BE45C99" w14:textId="77777777" w:rsidR="005B4A76" w:rsidRDefault="005B4A76"/>
          <w:p w14:paraId="33FD3451" w14:textId="77777777" w:rsidR="0052179A" w:rsidRDefault="0052179A"/>
          <w:p w14:paraId="7F20555A" w14:textId="77777777" w:rsidR="0052179A" w:rsidRDefault="0052179A"/>
        </w:tc>
      </w:tr>
    </w:tbl>
    <w:p w14:paraId="3355D7FC" w14:textId="77777777" w:rsidR="00050EB1" w:rsidRDefault="00050EB1" w:rsidP="00885D44">
      <w:pPr>
        <w:spacing w:line="240" w:lineRule="auto"/>
        <w:jc w:val="both"/>
        <w:rPr>
          <w:lang w:val="sl-SI"/>
        </w:rPr>
      </w:pPr>
    </w:p>
    <w:p w14:paraId="54A55A4A" w14:textId="157B979C" w:rsidR="00050EB1" w:rsidRPr="00BB5DA8" w:rsidRDefault="00050EB1" w:rsidP="00050EB1">
      <w:pPr>
        <w:pStyle w:val="Naslov3"/>
        <w:rPr>
          <w:color w:val="548DD4" w:themeColor="text2" w:themeTint="99"/>
          <w:sz w:val="28"/>
          <w:szCs w:val="28"/>
        </w:rPr>
      </w:pPr>
      <w:proofErr w:type="spellStart"/>
      <w:r w:rsidRPr="00BB5DA8">
        <w:rPr>
          <w:rFonts w:ascii="Times New Roman" w:hAnsi="Times New Roman"/>
          <w:color w:val="548DD4" w:themeColor="text2" w:themeTint="99"/>
          <w:sz w:val="28"/>
          <w:szCs w:val="28"/>
        </w:rPr>
        <w:t>Aktivnost</w:t>
      </w:r>
      <w:proofErr w:type="spellEnd"/>
      <w:r w:rsidRPr="00BB5DA8">
        <w:rPr>
          <w:rFonts w:ascii="Times New Roman" w:hAnsi="Times New Roman"/>
          <w:color w:val="548DD4" w:themeColor="text2" w:themeTint="99"/>
          <w:sz w:val="28"/>
          <w:szCs w:val="28"/>
        </w:rPr>
        <w:t xml:space="preserve"> 4: </w:t>
      </w:r>
      <w:proofErr w:type="spellStart"/>
      <w:r w:rsidRPr="00BB5DA8">
        <w:rPr>
          <w:rFonts w:ascii="Times New Roman" w:hAnsi="Times New Roman"/>
          <w:color w:val="548DD4" w:themeColor="text2" w:themeTint="99"/>
          <w:sz w:val="28"/>
          <w:szCs w:val="28"/>
        </w:rPr>
        <w:t>Opazovanje</w:t>
      </w:r>
      <w:proofErr w:type="spellEnd"/>
      <w:r w:rsidRPr="00BB5DA8">
        <w:rPr>
          <w:rFonts w:ascii="Times New Roman" w:hAnsi="Times New Roman"/>
          <w:color w:val="548DD4" w:themeColor="text2" w:themeTint="99"/>
          <w:sz w:val="28"/>
          <w:szCs w:val="28"/>
        </w:rPr>
        <w:t xml:space="preserve"> in </w:t>
      </w:r>
      <w:proofErr w:type="spellStart"/>
      <w:r w:rsidRPr="00BB5DA8">
        <w:rPr>
          <w:rFonts w:ascii="Times New Roman" w:hAnsi="Times New Roman"/>
          <w:color w:val="548DD4" w:themeColor="text2" w:themeTint="99"/>
          <w:sz w:val="28"/>
          <w:szCs w:val="28"/>
        </w:rPr>
        <w:t>sodelovanje</w:t>
      </w:r>
      <w:proofErr w:type="spellEnd"/>
      <w:r w:rsidRPr="00BB5DA8">
        <w:rPr>
          <w:rFonts w:ascii="Times New Roman" w:hAnsi="Times New Roman"/>
          <w:color w:val="548DD4" w:themeColor="text2" w:themeTint="99"/>
          <w:sz w:val="28"/>
          <w:szCs w:val="28"/>
        </w:rPr>
        <w:t xml:space="preserve"> </w:t>
      </w:r>
      <w:proofErr w:type="spellStart"/>
      <w:r w:rsidRPr="00BB5DA8">
        <w:rPr>
          <w:rFonts w:ascii="Times New Roman" w:hAnsi="Times New Roman"/>
          <w:color w:val="548DD4" w:themeColor="text2" w:themeTint="99"/>
          <w:sz w:val="28"/>
          <w:szCs w:val="28"/>
        </w:rPr>
        <w:t>pri</w:t>
      </w:r>
      <w:proofErr w:type="spellEnd"/>
      <w:r w:rsidRPr="00BB5DA8">
        <w:rPr>
          <w:rFonts w:ascii="Times New Roman" w:hAnsi="Times New Roman"/>
          <w:color w:val="548DD4" w:themeColor="text2" w:themeTint="99"/>
          <w:sz w:val="28"/>
          <w:szCs w:val="28"/>
        </w:rPr>
        <w:t xml:space="preserve"> </w:t>
      </w:r>
      <w:proofErr w:type="spellStart"/>
      <w:r w:rsidRPr="00BB5DA8">
        <w:rPr>
          <w:rFonts w:ascii="Times New Roman" w:hAnsi="Times New Roman"/>
          <w:color w:val="548DD4" w:themeColor="text2" w:themeTint="99"/>
          <w:sz w:val="28"/>
          <w:szCs w:val="28"/>
        </w:rPr>
        <w:t>dejavnostih</w:t>
      </w:r>
      <w:proofErr w:type="spellEnd"/>
      <w:r w:rsidRPr="00BB5DA8">
        <w:rPr>
          <w:rFonts w:ascii="Times New Roman" w:hAnsi="Times New Roman"/>
          <w:color w:val="548DD4" w:themeColor="text2" w:themeTint="99"/>
          <w:sz w:val="28"/>
          <w:szCs w:val="28"/>
        </w:rPr>
        <w:t xml:space="preserve"> v </w:t>
      </w:r>
      <w:proofErr w:type="spellStart"/>
      <w:r w:rsidRPr="00BB5DA8">
        <w:rPr>
          <w:rFonts w:ascii="Times New Roman" w:hAnsi="Times New Roman"/>
          <w:color w:val="548DD4" w:themeColor="text2" w:themeTint="99"/>
          <w:sz w:val="28"/>
          <w:szCs w:val="28"/>
        </w:rPr>
        <w:t>instituciji</w:t>
      </w:r>
      <w:proofErr w:type="spellEnd"/>
      <w:r w:rsidRPr="00BB5DA8">
        <w:rPr>
          <w:rFonts w:ascii="Times New Roman" w:hAnsi="Times New Roman"/>
          <w:color w:val="548DD4" w:themeColor="text2" w:themeTint="99"/>
          <w:sz w:val="28"/>
          <w:szCs w:val="28"/>
        </w:rPr>
        <w:t>.</w:t>
      </w:r>
    </w:p>
    <w:p w14:paraId="1B3B7FDF" w14:textId="77777777" w:rsidR="00050EB1" w:rsidRDefault="00050EB1" w:rsidP="00885D44">
      <w:pPr>
        <w:spacing w:line="240" w:lineRule="auto"/>
        <w:jc w:val="both"/>
        <w:rPr>
          <w:lang w:val="sl-SI"/>
        </w:rPr>
      </w:pPr>
    </w:p>
    <w:p w14:paraId="20C7CA87" w14:textId="13360A72" w:rsidR="00885D44" w:rsidRPr="00885D44" w:rsidRDefault="00885D44" w:rsidP="00885D44">
      <w:pPr>
        <w:spacing w:line="240" w:lineRule="auto"/>
        <w:jc w:val="both"/>
        <w:rPr>
          <w:lang w:val="sl-SI"/>
        </w:rPr>
      </w:pPr>
      <w:r w:rsidRPr="00885D44">
        <w:rPr>
          <w:lang w:val="sl-SI"/>
        </w:rPr>
        <w:t>V dogovoru z mentorjem na instituciji študent izbere 15 različnih dejavnosti, ki se izvajajo v instituciji. Dejavnosti lahko opazuje ali pa se vanje, kjer je to smiselno in skladno z vlogo študenta na praksi, tudi aktivno vključi. Namen te aktivnosti je poglobljeno spoznavanje delovanja institucije ter razumevanje različnih strokovnih in organizacijskih vidikov pedagoškega dela.</w:t>
      </w:r>
    </w:p>
    <w:p w14:paraId="35FCC401" w14:textId="2A880D18" w:rsidR="00885D44" w:rsidRPr="00885D44" w:rsidRDefault="00885D44" w:rsidP="00885D44">
      <w:pPr>
        <w:spacing w:line="240" w:lineRule="auto"/>
        <w:jc w:val="both"/>
        <w:rPr>
          <w:lang w:val="sl-SI"/>
        </w:rPr>
      </w:pPr>
      <w:r w:rsidRPr="00885D44">
        <w:rPr>
          <w:lang w:val="sl-SI"/>
        </w:rPr>
        <w:t>Vsako izbrano dejavnost študent analizira in reflektira po naslednjih izhodiščih:</w:t>
      </w:r>
      <w:r>
        <w:rPr>
          <w:lang w:val="sl-SI"/>
        </w:rPr>
        <w:t xml:space="preserve"> </w:t>
      </w:r>
      <w:r w:rsidRPr="00885D44">
        <w:rPr>
          <w:lang w:val="sl-SI"/>
        </w:rPr>
        <w:t>vrsta dejavnosti (npr. vzgojna, izobraževalna, svetovalna, organizacijska),</w:t>
      </w:r>
      <w:r>
        <w:rPr>
          <w:lang w:val="sl-SI"/>
        </w:rPr>
        <w:t xml:space="preserve"> </w:t>
      </w:r>
      <w:r w:rsidRPr="00885D44">
        <w:rPr>
          <w:lang w:val="sl-SI"/>
        </w:rPr>
        <w:t>opis poteka dejavnosti,</w:t>
      </w:r>
      <w:r>
        <w:rPr>
          <w:lang w:val="sl-SI"/>
        </w:rPr>
        <w:t xml:space="preserve"> </w:t>
      </w:r>
      <w:r w:rsidRPr="00885D44">
        <w:rPr>
          <w:lang w:val="sl-SI"/>
        </w:rPr>
        <w:t>lastni strokovni in subjektivni pogled, v katerem razmisli o pomenu dejavnosti, svoji vlogi ter pridobljenih izkušnjah.</w:t>
      </w:r>
    </w:p>
    <w:p w14:paraId="3CF83986" w14:textId="77777777" w:rsidR="00885D44" w:rsidRDefault="00885D44" w:rsidP="00885D44">
      <w:pPr>
        <w:spacing w:line="240" w:lineRule="auto"/>
        <w:jc w:val="both"/>
        <w:rPr>
          <w:lang w:val="sl-SI"/>
        </w:rPr>
      </w:pPr>
      <w:r w:rsidRPr="00885D44">
        <w:rPr>
          <w:lang w:val="sl-SI"/>
        </w:rPr>
        <w:t>Pri zapisu naj študent poudari smiselnost dejavnosti z vidika ciljev institucije ter lastnega strokovnega razvoja.</w:t>
      </w:r>
    </w:p>
    <w:tbl>
      <w:tblPr>
        <w:tblStyle w:val="Tabelamrea1"/>
        <w:tblW w:w="9322" w:type="dxa"/>
        <w:tblInd w:w="-147" w:type="dxa"/>
        <w:tblLook w:val="04A0" w:firstRow="1" w:lastRow="0" w:firstColumn="1" w:lastColumn="0" w:noHBand="0" w:noVBand="1"/>
      </w:tblPr>
      <w:tblGrid>
        <w:gridCol w:w="614"/>
        <w:gridCol w:w="3214"/>
        <w:gridCol w:w="2066"/>
        <w:gridCol w:w="1714"/>
        <w:gridCol w:w="1714"/>
      </w:tblGrid>
      <w:tr w:rsidR="00885D44" w14:paraId="13C31580" w14:textId="77777777" w:rsidTr="00885D44">
        <w:tc>
          <w:tcPr>
            <w:tcW w:w="614" w:type="dxa"/>
          </w:tcPr>
          <w:p w14:paraId="46C8E538" w14:textId="77777777" w:rsidR="00885D44" w:rsidRDefault="00885D44" w:rsidP="007E3316">
            <w:pPr>
              <w:pStyle w:val="Odstavekseznama"/>
              <w:spacing w:line="360" w:lineRule="auto"/>
              <w:ind w:left="0"/>
            </w:pPr>
            <w:proofErr w:type="spellStart"/>
            <w:r>
              <w:t>Zap</w:t>
            </w:r>
            <w:proofErr w:type="spellEnd"/>
            <w:r>
              <w:t>. št.</w:t>
            </w:r>
          </w:p>
        </w:tc>
        <w:tc>
          <w:tcPr>
            <w:tcW w:w="3214" w:type="dxa"/>
          </w:tcPr>
          <w:p w14:paraId="240E7015" w14:textId="77777777" w:rsidR="00885D44" w:rsidRDefault="00885D44" w:rsidP="007E3316">
            <w:pPr>
              <w:pStyle w:val="Odstavekseznama"/>
              <w:spacing w:line="360" w:lineRule="auto"/>
              <w:ind w:left="0"/>
            </w:pPr>
            <w:r>
              <w:t>Vrsta dejavnosti</w:t>
            </w:r>
          </w:p>
        </w:tc>
        <w:tc>
          <w:tcPr>
            <w:tcW w:w="2066" w:type="dxa"/>
          </w:tcPr>
          <w:p w14:paraId="58EEAE31" w14:textId="77777777" w:rsidR="00885D44" w:rsidRDefault="00885D44" w:rsidP="007E3316">
            <w:pPr>
              <w:pStyle w:val="Odstavekseznama"/>
              <w:spacing w:line="360" w:lineRule="auto"/>
              <w:ind w:left="0"/>
            </w:pPr>
            <w:r>
              <w:t>Opis poteka dejavnosti in način vključitve v dejavnost</w:t>
            </w:r>
          </w:p>
        </w:tc>
        <w:tc>
          <w:tcPr>
            <w:tcW w:w="1714" w:type="dxa"/>
          </w:tcPr>
          <w:p w14:paraId="579D8277" w14:textId="77777777" w:rsidR="00885D44" w:rsidRDefault="00885D44" w:rsidP="007E3316">
            <w:pPr>
              <w:pStyle w:val="Odstavekseznama"/>
              <w:spacing w:line="360" w:lineRule="auto"/>
              <w:ind w:left="0"/>
            </w:pPr>
            <w:r>
              <w:t>Subjektivni pogled na izbrano dejavnost</w:t>
            </w:r>
          </w:p>
        </w:tc>
        <w:tc>
          <w:tcPr>
            <w:tcW w:w="1714" w:type="dxa"/>
          </w:tcPr>
          <w:p w14:paraId="50A2E1F3" w14:textId="77777777" w:rsidR="00885D44" w:rsidRDefault="00885D44" w:rsidP="007E3316">
            <w:pPr>
              <w:pStyle w:val="Odstavekseznama"/>
              <w:spacing w:line="360" w:lineRule="auto"/>
              <w:ind w:left="0"/>
            </w:pPr>
            <w:r>
              <w:t>Čas</w:t>
            </w:r>
          </w:p>
        </w:tc>
      </w:tr>
      <w:tr w:rsidR="00885D44" w14:paraId="4D68AE30" w14:textId="77777777" w:rsidTr="00885D44">
        <w:tc>
          <w:tcPr>
            <w:tcW w:w="614" w:type="dxa"/>
          </w:tcPr>
          <w:p w14:paraId="3E1C8A65" w14:textId="77777777" w:rsidR="00885D44" w:rsidRDefault="00885D44" w:rsidP="00885D44">
            <w:pPr>
              <w:pStyle w:val="Odstavekseznama"/>
              <w:spacing w:line="600" w:lineRule="auto"/>
              <w:ind w:left="0"/>
            </w:pPr>
            <w:r>
              <w:t>1.</w:t>
            </w:r>
          </w:p>
        </w:tc>
        <w:tc>
          <w:tcPr>
            <w:tcW w:w="3214" w:type="dxa"/>
          </w:tcPr>
          <w:p w14:paraId="67F615B0" w14:textId="77777777" w:rsidR="00885D44" w:rsidRDefault="00885D44" w:rsidP="00885D44">
            <w:pPr>
              <w:pStyle w:val="Odstavekseznama"/>
              <w:spacing w:line="600" w:lineRule="auto"/>
              <w:ind w:left="0"/>
            </w:pPr>
          </w:p>
        </w:tc>
        <w:tc>
          <w:tcPr>
            <w:tcW w:w="2066" w:type="dxa"/>
          </w:tcPr>
          <w:p w14:paraId="66AAE856" w14:textId="77777777" w:rsidR="00885D44" w:rsidRDefault="00885D44" w:rsidP="00885D44">
            <w:pPr>
              <w:pStyle w:val="Odstavekseznama"/>
              <w:spacing w:line="600" w:lineRule="auto"/>
              <w:ind w:left="0"/>
            </w:pPr>
          </w:p>
        </w:tc>
        <w:tc>
          <w:tcPr>
            <w:tcW w:w="1714" w:type="dxa"/>
          </w:tcPr>
          <w:p w14:paraId="45A01E8F" w14:textId="77777777" w:rsidR="00885D44" w:rsidRDefault="00885D44" w:rsidP="00885D44">
            <w:pPr>
              <w:pStyle w:val="Odstavekseznama"/>
              <w:spacing w:line="600" w:lineRule="auto"/>
              <w:ind w:left="0"/>
            </w:pPr>
          </w:p>
        </w:tc>
        <w:tc>
          <w:tcPr>
            <w:tcW w:w="1714" w:type="dxa"/>
          </w:tcPr>
          <w:p w14:paraId="2AC11C55" w14:textId="77777777" w:rsidR="00885D44" w:rsidRDefault="00885D44" w:rsidP="00885D44">
            <w:pPr>
              <w:pStyle w:val="Odstavekseznama"/>
              <w:spacing w:line="600" w:lineRule="auto"/>
              <w:ind w:left="0"/>
            </w:pPr>
          </w:p>
        </w:tc>
      </w:tr>
      <w:tr w:rsidR="00885D44" w14:paraId="66A5E1E4" w14:textId="77777777" w:rsidTr="00885D44">
        <w:tc>
          <w:tcPr>
            <w:tcW w:w="614" w:type="dxa"/>
          </w:tcPr>
          <w:p w14:paraId="43EF41F3" w14:textId="77777777" w:rsidR="00885D44" w:rsidRDefault="00885D44" w:rsidP="00885D44">
            <w:pPr>
              <w:pStyle w:val="Odstavekseznama"/>
              <w:spacing w:line="600" w:lineRule="auto"/>
              <w:ind w:left="0"/>
            </w:pPr>
            <w:r>
              <w:lastRenderedPageBreak/>
              <w:t>2.</w:t>
            </w:r>
          </w:p>
        </w:tc>
        <w:tc>
          <w:tcPr>
            <w:tcW w:w="3214" w:type="dxa"/>
          </w:tcPr>
          <w:p w14:paraId="4CC1F14D" w14:textId="77777777" w:rsidR="00885D44" w:rsidRDefault="00885D44" w:rsidP="00885D44">
            <w:pPr>
              <w:pStyle w:val="Odstavekseznama"/>
              <w:spacing w:line="600" w:lineRule="auto"/>
              <w:ind w:left="0"/>
            </w:pPr>
          </w:p>
        </w:tc>
        <w:tc>
          <w:tcPr>
            <w:tcW w:w="2066" w:type="dxa"/>
          </w:tcPr>
          <w:p w14:paraId="4752F1A3" w14:textId="77777777" w:rsidR="00885D44" w:rsidRDefault="00885D44" w:rsidP="00885D44">
            <w:pPr>
              <w:pStyle w:val="Odstavekseznama"/>
              <w:spacing w:line="600" w:lineRule="auto"/>
              <w:ind w:left="0"/>
            </w:pPr>
          </w:p>
        </w:tc>
        <w:tc>
          <w:tcPr>
            <w:tcW w:w="1714" w:type="dxa"/>
          </w:tcPr>
          <w:p w14:paraId="540CCBD0" w14:textId="77777777" w:rsidR="00885D44" w:rsidRDefault="00885D44" w:rsidP="00885D44">
            <w:pPr>
              <w:pStyle w:val="Odstavekseznama"/>
              <w:spacing w:line="600" w:lineRule="auto"/>
              <w:ind w:left="0"/>
            </w:pPr>
          </w:p>
        </w:tc>
        <w:tc>
          <w:tcPr>
            <w:tcW w:w="1714" w:type="dxa"/>
          </w:tcPr>
          <w:p w14:paraId="09F3BCFD" w14:textId="77777777" w:rsidR="00885D44" w:rsidRDefault="00885D44" w:rsidP="00885D44">
            <w:pPr>
              <w:pStyle w:val="Odstavekseznama"/>
              <w:spacing w:line="600" w:lineRule="auto"/>
              <w:ind w:left="0"/>
            </w:pPr>
          </w:p>
        </w:tc>
      </w:tr>
      <w:tr w:rsidR="00885D44" w14:paraId="0FFB3379" w14:textId="77777777" w:rsidTr="00885D44">
        <w:tc>
          <w:tcPr>
            <w:tcW w:w="614" w:type="dxa"/>
          </w:tcPr>
          <w:p w14:paraId="04D7D993" w14:textId="77777777" w:rsidR="00885D44" w:rsidRDefault="00885D44" w:rsidP="00885D44">
            <w:pPr>
              <w:pStyle w:val="Odstavekseznama"/>
              <w:spacing w:line="600" w:lineRule="auto"/>
              <w:ind w:left="0"/>
            </w:pPr>
            <w:r>
              <w:t>3.</w:t>
            </w:r>
          </w:p>
        </w:tc>
        <w:tc>
          <w:tcPr>
            <w:tcW w:w="3214" w:type="dxa"/>
          </w:tcPr>
          <w:p w14:paraId="67C28589" w14:textId="77777777" w:rsidR="00885D44" w:rsidRDefault="00885D44" w:rsidP="00885D44">
            <w:pPr>
              <w:pStyle w:val="Odstavekseznama"/>
              <w:spacing w:line="600" w:lineRule="auto"/>
              <w:ind w:left="0"/>
            </w:pPr>
          </w:p>
        </w:tc>
        <w:tc>
          <w:tcPr>
            <w:tcW w:w="2066" w:type="dxa"/>
          </w:tcPr>
          <w:p w14:paraId="2C89CE42" w14:textId="77777777" w:rsidR="00885D44" w:rsidRDefault="00885D44" w:rsidP="00885D44">
            <w:pPr>
              <w:pStyle w:val="Odstavekseznama"/>
              <w:spacing w:line="600" w:lineRule="auto"/>
              <w:ind w:left="0"/>
            </w:pPr>
          </w:p>
        </w:tc>
        <w:tc>
          <w:tcPr>
            <w:tcW w:w="1714" w:type="dxa"/>
          </w:tcPr>
          <w:p w14:paraId="3DBA8C9F" w14:textId="77777777" w:rsidR="00885D44" w:rsidRDefault="00885D44" w:rsidP="00885D44">
            <w:pPr>
              <w:pStyle w:val="Odstavekseznama"/>
              <w:spacing w:line="600" w:lineRule="auto"/>
              <w:ind w:left="0"/>
            </w:pPr>
          </w:p>
        </w:tc>
        <w:tc>
          <w:tcPr>
            <w:tcW w:w="1714" w:type="dxa"/>
          </w:tcPr>
          <w:p w14:paraId="38B19704" w14:textId="77777777" w:rsidR="00885D44" w:rsidRDefault="00885D44" w:rsidP="00885D44">
            <w:pPr>
              <w:pStyle w:val="Odstavekseznama"/>
              <w:spacing w:line="600" w:lineRule="auto"/>
              <w:ind w:left="0"/>
            </w:pPr>
          </w:p>
        </w:tc>
      </w:tr>
      <w:tr w:rsidR="00885D44" w14:paraId="3CECE646" w14:textId="77777777" w:rsidTr="00885D44">
        <w:tc>
          <w:tcPr>
            <w:tcW w:w="614" w:type="dxa"/>
          </w:tcPr>
          <w:p w14:paraId="32F25338" w14:textId="77777777" w:rsidR="00885D44" w:rsidRDefault="00885D44" w:rsidP="00885D44">
            <w:pPr>
              <w:pStyle w:val="Odstavekseznama"/>
              <w:spacing w:line="600" w:lineRule="auto"/>
              <w:ind w:left="0"/>
            </w:pPr>
            <w:r>
              <w:t>4.</w:t>
            </w:r>
          </w:p>
        </w:tc>
        <w:tc>
          <w:tcPr>
            <w:tcW w:w="3214" w:type="dxa"/>
          </w:tcPr>
          <w:p w14:paraId="156F4FE8" w14:textId="77777777" w:rsidR="00885D44" w:rsidRDefault="00885D44" w:rsidP="00885D44">
            <w:pPr>
              <w:pStyle w:val="Odstavekseznama"/>
              <w:spacing w:line="600" w:lineRule="auto"/>
              <w:ind w:left="0"/>
            </w:pPr>
          </w:p>
        </w:tc>
        <w:tc>
          <w:tcPr>
            <w:tcW w:w="2066" w:type="dxa"/>
          </w:tcPr>
          <w:p w14:paraId="6A593279" w14:textId="77777777" w:rsidR="00885D44" w:rsidRDefault="00885D44" w:rsidP="00885D44">
            <w:pPr>
              <w:pStyle w:val="Odstavekseznama"/>
              <w:spacing w:line="600" w:lineRule="auto"/>
              <w:ind w:left="0"/>
            </w:pPr>
          </w:p>
        </w:tc>
        <w:tc>
          <w:tcPr>
            <w:tcW w:w="1714" w:type="dxa"/>
          </w:tcPr>
          <w:p w14:paraId="7AF238D3" w14:textId="77777777" w:rsidR="00885D44" w:rsidRDefault="00885D44" w:rsidP="00885D44">
            <w:pPr>
              <w:pStyle w:val="Odstavekseznama"/>
              <w:spacing w:line="600" w:lineRule="auto"/>
              <w:ind w:left="0"/>
            </w:pPr>
          </w:p>
        </w:tc>
        <w:tc>
          <w:tcPr>
            <w:tcW w:w="1714" w:type="dxa"/>
          </w:tcPr>
          <w:p w14:paraId="397AF3EF" w14:textId="77777777" w:rsidR="00885D44" w:rsidRDefault="00885D44" w:rsidP="00885D44">
            <w:pPr>
              <w:pStyle w:val="Odstavekseznama"/>
              <w:spacing w:line="600" w:lineRule="auto"/>
              <w:ind w:left="0"/>
            </w:pPr>
          </w:p>
        </w:tc>
      </w:tr>
      <w:tr w:rsidR="00885D44" w14:paraId="32D2AE8A" w14:textId="77777777" w:rsidTr="00885D44">
        <w:tc>
          <w:tcPr>
            <w:tcW w:w="614" w:type="dxa"/>
          </w:tcPr>
          <w:p w14:paraId="4D550671" w14:textId="158E1B23" w:rsidR="00885D44" w:rsidRDefault="00885D44" w:rsidP="00885D44">
            <w:pPr>
              <w:pStyle w:val="Odstavekseznama"/>
              <w:spacing w:line="600" w:lineRule="auto"/>
              <w:ind w:left="0"/>
            </w:pPr>
            <w:r>
              <w:t>5.</w:t>
            </w:r>
          </w:p>
        </w:tc>
        <w:tc>
          <w:tcPr>
            <w:tcW w:w="3214" w:type="dxa"/>
          </w:tcPr>
          <w:p w14:paraId="51E4EB0D" w14:textId="77777777" w:rsidR="00885D44" w:rsidRDefault="00885D44" w:rsidP="00885D44">
            <w:pPr>
              <w:pStyle w:val="Odstavekseznama"/>
              <w:spacing w:line="600" w:lineRule="auto"/>
              <w:ind w:left="0"/>
            </w:pPr>
          </w:p>
        </w:tc>
        <w:tc>
          <w:tcPr>
            <w:tcW w:w="2066" w:type="dxa"/>
          </w:tcPr>
          <w:p w14:paraId="561A2EEF" w14:textId="77777777" w:rsidR="00885D44" w:rsidRDefault="00885D44" w:rsidP="00885D44">
            <w:pPr>
              <w:pStyle w:val="Odstavekseznama"/>
              <w:spacing w:line="600" w:lineRule="auto"/>
              <w:ind w:left="0"/>
            </w:pPr>
          </w:p>
        </w:tc>
        <w:tc>
          <w:tcPr>
            <w:tcW w:w="1714" w:type="dxa"/>
          </w:tcPr>
          <w:p w14:paraId="45875F2A" w14:textId="77777777" w:rsidR="00885D44" w:rsidRDefault="00885D44" w:rsidP="00885D44">
            <w:pPr>
              <w:pStyle w:val="Odstavekseznama"/>
              <w:spacing w:line="600" w:lineRule="auto"/>
              <w:ind w:left="0"/>
            </w:pPr>
          </w:p>
        </w:tc>
        <w:tc>
          <w:tcPr>
            <w:tcW w:w="1714" w:type="dxa"/>
          </w:tcPr>
          <w:p w14:paraId="755AAE03" w14:textId="77777777" w:rsidR="00885D44" w:rsidRDefault="00885D44" w:rsidP="00885D44">
            <w:pPr>
              <w:pStyle w:val="Odstavekseznama"/>
              <w:spacing w:line="600" w:lineRule="auto"/>
              <w:ind w:left="0"/>
            </w:pPr>
          </w:p>
        </w:tc>
      </w:tr>
      <w:tr w:rsidR="00885D44" w14:paraId="772491AE" w14:textId="77777777" w:rsidTr="00885D44">
        <w:tc>
          <w:tcPr>
            <w:tcW w:w="614" w:type="dxa"/>
          </w:tcPr>
          <w:p w14:paraId="73FC4E49" w14:textId="18B64791" w:rsidR="00885D44" w:rsidRDefault="00885D44" w:rsidP="00885D44">
            <w:pPr>
              <w:pStyle w:val="Odstavekseznama"/>
              <w:spacing w:line="600" w:lineRule="auto"/>
              <w:ind w:left="0"/>
            </w:pPr>
            <w:r>
              <w:t>6.</w:t>
            </w:r>
          </w:p>
        </w:tc>
        <w:tc>
          <w:tcPr>
            <w:tcW w:w="3214" w:type="dxa"/>
          </w:tcPr>
          <w:p w14:paraId="31543E55" w14:textId="77777777" w:rsidR="00885D44" w:rsidRDefault="00885D44" w:rsidP="00885D44">
            <w:pPr>
              <w:pStyle w:val="Odstavekseznama"/>
              <w:spacing w:line="600" w:lineRule="auto"/>
              <w:ind w:left="0"/>
            </w:pPr>
          </w:p>
        </w:tc>
        <w:tc>
          <w:tcPr>
            <w:tcW w:w="2066" w:type="dxa"/>
          </w:tcPr>
          <w:p w14:paraId="07E80771" w14:textId="77777777" w:rsidR="00885D44" w:rsidRDefault="00885D44" w:rsidP="00885D44">
            <w:pPr>
              <w:pStyle w:val="Odstavekseznama"/>
              <w:spacing w:line="600" w:lineRule="auto"/>
              <w:ind w:left="0"/>
            </w:pPr>
          </w:p>
        </w:tc>
        <w:tc>
          <w:tcPr>
            <w:tcW w:w="1714" w:type="dxa"/>
          </w:tcPr>
          <w:p w14:paraId="6B72353E" w14:textId="77777777" w:rsidR="00885D44" w:rsidRDefault="00885D44" w:rsidP="00885D44">
            <w:pPr>
              <w:pStyle w:val="Odstavekseznama"/>
              <w:spacing w:line="600" w:lineRule="auto"/>
              <w:ind w:left="0"/>
            </w:pPr>
          </w:p>
        </w:tc>
        <w:tc>
          <w:tcPr>
            <w:tcW w:w="1714" w:type="dxa"/>
          </w:tcPr>
          <w:p w14:paraId="17717866" w14:textId="77777777" w:rsidR="00885D44" w:rsidRDefault="00885D44" w:rsidP="00885D44">
            <w:pPr>
              <w:pStyle w:val="Odstavekseznama"/>
              <w:spacing w:line="600" w:lineRule="auto"/>
              <w:ind w:left="0"/>
            </w:pPr>
          </w:p>
        </w:tc>
      </w:tr>
      <w:tr w:rsidR="00885D44" w14:paraId="694DAACB" w14:textId="77777777" w:rsidTr="00885D44">
        <w:tc>
          <w:tcPr>
            <w:tcW w:w="614" w:type="dxa"/>
          </w:tcPr>
          <w:p w14:paraId="29345771" w14:textId="07402A06" w:rsidR="00885D44" w:rsidRDefault="00885D44" w:rsidP="00885D44">
            <w:pPr>
              <w:pStyle w:val="Odstavekseznama"/>
              <w:spacing w:line="600" w:lineRule="auto"/>
              <w:ind w:left="0"/>
            </w:pPr>
            <w:r>
              <w:t>7.</w:t>
            </w:r>
          </w:p>
        </w:tc>
        <w:tc>
          <w:tcPr>
            <w:tcW w:w="3214" w:type="dxa"/>
          </w:tcPr>
          <w:p w14:paraId="580B49E3" w14:textId="77777777" w:rsidR="00885D44" w:rsidRDefault="00885D44" w:rsidP="00885D44">
            <w:pPr>
              <w:pStyle w:val="Odstavekseznama"/>
              <w:spacing w:line="600" w:lineRule="auto"/>
              <w:ind w:left="0"/>
            </w:pPr>
          </w:p>
        </w:tc>
        <w:tc>
          <w:tcPr>
            <w:tcW w:w="2066" w:type="dxa"/>
          </w:tcPr>
          <w:p w14:paraId="441E8060" w14:textId="77777777" w:rsidR="00885D44" w:rsidRDefault="00885D44" w:rsidP="00885D44">
            <w:pPr>
              <w:pStyle w:val="Odstavekseznama"/>
              <w:spacing w:line="600" w:lineRule="auto"/>
              <w:ind w:left="0"/>
            </w:pPr>
          </w:p>
        </w:tc>
        <w:tc>
          <w:tcPr>
            <w:tcW w:w="1714" w:type="dxa"/>
          </w:tcPr>
          <w:p w14:paraId="612FC6D4" w14:textId="77777777" w:rsidR="00885D44" w:rsidRDefault="00885D44" w:rsidP="00885D44">
            <w:pPr>
              <w:pStyle w:val="Odstavekseznama"/>
              <w:spacing w:line="600" w:lineRule="auto"/>
              <w:ind w:left="0"/>
            </w:pPr>
          </w:p>
        </w:tc>
        <w:tc>
          <w:tcPr>
            <w:tcW w:w="1714" w:type="dxa"/>
          </w:tcPr>
          <w:p w14:paraId="00EB98B3" w14:textId="77777777" w:rsidR="00885D44" w:rsidRDefault="00885D44" w:rsidP="00885D44">
            <w:pPr>
              <w:pStyle w:val="Odstavekseznama"/>
              <w:spacing w:line="600" w:lineRule="auto"/>
              <w:ind w:left="0"/>
            </w:pPr>
          </w:p>
        </w:tc>
      </w:tr>
      <w:tr w:rsidR="00885D44" w14:paraId="0361C94C" w14:textId="77777777" w:rsidTr="00885D44">
        <w:tc>
          <w:tcPr>
            <w:tcW w:w="614" w:type="dxa"/>
          </w:tcPr>
          <w:p w14:paraId="6807C1AD" w14:textId="586C4202" w:rsidR="00885D44" w:rsidRDefault="00885D44" w:rsidP="00885D44">
            <w:pPr>
              <w:pStyle w:val="Odstavekseznama"/>
              <w:spacing w:line="600" w:lineRule="auto"/>
              <w:ind w:left="0"/>
            </w:pPr>
            <w:r>
              <w:t>8.</w:t>
            </w:r>
          </w:p>
        </w:tc>
        <w:tc>
          <w:tcPr>
            <w:tcW w:w="3214" w:type="dxa"/>
          </w:tcPr>
          <w:p w14:paraId="0C9DF2E7" w14:textId="77777777" w:rsidR="00885D44" w:rsidRDefault="00885D44" w:rsidP="00885D44">
            <w:pPr>
              <w:pStyle w:val="Odstavekseznama"/>
              <w:spacing w:line="600" w:lineRule="auto"/>
              <w:ind w:left="0"/>
            </w:pPr>
          </w:p>
        </w:tc>
        <w:tc>
          <w:tcPr>
            <w:tcW w:w="2066" w:type="dxa"/>
          </w:tcPr>
          <w:p w14:paraId="227C2E5C" w14:textId="77777777" w:rsidR="00885D44" w:rsidRDefault="00885D44" w:rsidP="00885D44">
            <w:pPr>
              <w:pStyle w:val="Odstavekseznama"/>
              <w:spacing w:line="600" w:lineRule="auto"/>
              <w:ind w:left="0"/>
            </w:pPr>
          </w:p>
        </w:tc>
        <w:tc>
          <w:tcPr>
            <w:tcW w:w="1714" w:type="dxa"/>
          </w:tcPr>
          <w:p w14:paraId="110B39DE" w14:textId="77777777" w:rsidR="00885D44" w:rsidRDefault="00885D44" w:rsidP="00885D44">
            <w:pPr>
              <w:pStyle w:val="Odstavekseznama"/>
              <w:spacing w:line="600" w:lineRule="auto"/>
              <w:ind w:left="0"/>
            </w:pPr>
          </w:p>
        </w:tc>
        <w:tc>
          <w:tcPr>
            <w:tcW w:w="1714" w:type="dxa"/>
          </w:tcPr>
          <w:p w14:paraId="76B7C732" w14:textId="77777777" w:rsidR="00885D44" w:rsidRDefault="00885D44" w:rsidP="00885D44">
            <w:pPr>
              <w:pStyle w:val="Odstavekseznama"/>
              <w:spacing w:line="600" w:lineRule="auto"/>
              <w:ind w:left="0"/>
            </w:pPr>
          </w:p>
        </w:tc>
      </w:tr>
      <w:tr w:rsidR="00885D44" w14:paraId="0AE10882" w14:textId="77777777" w:rsidTr="00885D44">
        <w:tc>
          <w:tcPr>
            <w:tcW w:w="614" w:type="dxa"/>
          </w:tcPr>
          <w:p w14:paraId="0F89D816" w14:textId="796F960B" w:rsidR="00885D44" w:rsidRDefault="00885D44" w:rsidP="00885D44">
            <w:pPr>
              <w:pStyle w:val="Odstavekseznama"/>
              <w:spacing w:line="600" w:lineRule="auto"/>
              <w:ind w:left="0"/>
            </w:pPr>
            <w:r>
              <w:t>9.</w:t>
            </w:r>
          </w:p>
        </w:tc>
        <w:tc>
          <w:tcPr>
            <w:tcW w:w="3214" w:type="dxa"/>
          </w:tcPr>
          <w:p w14:paraId="36338781" w14:textId="77777777" w:rsidR="00885D44" w:rsidRDefault="00885D44" w:rsidP="00885D44">
            <w:pPr>
              <w:pStyle w:val="Odstavekseznama"/>
              <w:spacing w:line="600" w:lineRule="auto"/>
              <w:ind w:left="0"/>
            </w:pPr>
          </w:p>
        </w:tc>
        <w:tc>
          <w:tcPr>
            <w:tcW w:w="2066" w:type="dxa"/>
          </w:tcPr>
          <w:p w14:paraId="71E22C96" w14:textId="77777777" w:rsidR="00885D44" w:rsidRDefault="00885D44" w:rsidP="00885D44">
            <w:pPr>
              <w:pStyle w:val="Odstavekseznama"/>
              <w:spacing w:line="600" w:lineRule="auto"/>
              <w:ind w:left="0"/>
            </w:pPr>
          </w:p>
        </w:tc>
        <w:tc>
          <w:tcPr>
            <w:tcW w:w="1714" w:type="dxa"/>
          </w:tcPr>
          <w:p w14:paraId="0CD576B3" w14:textId="77777777" w:rsidR="00885D44" w:rsidRDefault="00885D44" w:rsidP="00885D44">
            <w:pPr>
              <w:pStyle w:val="Odstavekseznama"/>
              <w:spacing w:line="600" w:lineRule="auto"/>
              <w:ind w:left="0"/>
            </w:pPr>
          </w:p>
        </w:tc>
        <w:tc>
          <w:tcPr>
            <w:tcW w:w="1714" w:type="dxa"/>
          </w:tcPr>
          <w:p w14:paraId="74375C68" w14:textId="77777777" w:rsidR="00885D44" w:rsidRDefault="00885D44" w:rsidP="00885D44">
            <w:pPr>
              <w:pStyle w:val="Odstavekseznama"/>
              <w:spacing w:line="600" w:lineRule="auto"/>
              <w:ind w:left="0"/>
            </w:pPr>
          </w:p>
        </w:tc>
      </w:tr>
      <w:tr w:rsidR="00885D44" w14:paraId="05A22A59" w14:textId="77777777" w:rsidTr="00885D44">
        <w:tc>
          <w:tcPr>
            <w:tcW w:w="614" w:type="dxa"/>
          </w:tcPr>
          <w:p w14:paraId="0F079A3A" w14:textId="7ACCE324" w:rsidR="00885D44" w:rsidRDefault="00885D44" w:rsidP="00885D44">
            <w:pPr>
              <w:pStyle w:val="Odstavekseznama"/>
              <w:spacing w:line="600" w:lineRule="auto"/>
              <w:ind w:left="0"/>
            </w:pPr>
            <w:r>
              <w:t>10.</w:t>
            </w:r>
          </w:p>
        </w:tc>
        <w:tc>
          <w:tcPr>
            <w:tcW w:w="3214" w:type="dxa"/>
          </w:tcPr>
          <w:p w14:paraId="31B453C6" w14:textId="77777777" w:rsidR="00885D44" w:rsidRDefault="00885D44" w:rsidP="00885D44">
            <w:pPr>
              <w:pStyle w:val="Odstavekseznama"/>
              <w:spacing w:line="600" w:lineRule="auto"/>
              <w:ind w:left="0"/>
            </w:pPr>
          </w:p>
        </w:tc>
        <w:tc>
          <w:tcPr>
            <w:tcW w:w="2066" w:type="dxa"/>
          </w:tcPr>
          <w:p w14:paraId="6DFEAF50" w14:textId="77777777" w:rsidR="00885D44" w:rsidRDefault="00885D44" w:rsidP="00885D44">
            <w:pPr>
              <w:pStyle w:val="Odstavekseznama"/>
              <w:spacing w:line="600" w:lineRule="auto"/>
              <w:ind w:left="0"/>
            </w:pPr>
          </w:p>
        </w:tc>
        <w:tc>
          <w:tcPr>
            <w:tcW w:w="1714" w:type="dxa"/>
          </w:tcPr>
          <w:p w14:paraId="5E988ED7" w14:textId="77777777" w:rsidR="00885D44" w:rsidRDefault="00885D44" w:rsidP="00885D44">
            <w:pPr>
              <w:pStyle w:val="Odstavekseznama"/>
              <w:spacing w:line="600" w:lineRule="auto"/>
              <w:ind w:left="0"/>
            </w:pPr>
          </w:p>
        </w:tc>
        <w:tc>
          <w:tcPr>
            <w:tcW w:w="1714" w:type="dxa"/>
          </w:tcPr>
          <w:p w14:paraId="1DACB4D6" w14:textId="77777777" w:rsidR="00885D44" w:rsidRDefault="00885D44" w:rsidP="00885D44">
            <w:pPr>
              <w:pStyle w:val="Odstavekseznama"/>
              <w:spacing w:line="600" w:lineRule="auto"/>
              <w:ind w:left="0"/>
            </w:pPr>
          </w:p>
        </w:tc>
      </w:tr>
      <w:tr w:rsidR="00885D44" w14:paraId="3A7B90C6" w14:textId="77777777" w:rsidTr="00885D44">
        <w:tc>
          <w:tcPr>
            <w:tcW w:w="614" w:type="dxa"/>
          </w:tcPr>
          <w:p w14:paraId="393F3914" w14:textId="17DD7DAE" w:rsidR="00885D44" w:rsidRDefault="00885D44" w:rsidP="00885D44">
            <w:pPr>
              <w:pStyle w:val="Odstavekseznama"/>
              <w:spacing w:line="600" w:lineRule="auto"/>
              <w:ind w:left="0"/>
            </w:pPr>
            <w:r>
              <w:t>11.</w:t>
            </w:r>
          </w:p>
        </w:tc>
        <w:tc>
          <w:tcPr>
            <w:tcW w:w="3214" w:type="dxa"/>
          </w:tcPr>
          <w:p w14:paraId="497D7634" w14:textId="77777777" w:rsidR="00885D44" w:rsidRDefault="00885D44" w:rsidP="00885D44">
            <w:pPr>
              <w:pStyle w:val="Odstavekseznama"/>
              <w:spacing w:line="600" w:lineRule="auto"/>
              <w:ind w:left="0"/>
            </w:pPr>
          </w:p>
        </w:tc>
        <w:tc>
          <w:tcPr>
            <w:tcW w:w="2066" w:type="dxa"/>
          </w:tcPr>
          <w:p w14:paraId="6D2C7CBC" w14:textId="77777777" w:rsidR="00885D44" w:rsidRDefault="00885D44" w:rsidP="00885D44">
            <w:pPr>
              <w:pStyle w:val="Odstavekseznama"/>
              <w:spacing w:line="600" w:lineRule="auto"/>
              <w:ind w:left="0"/>
            </w:pPr>
          </w:p>
        </w:tc>
        <w:tc>
          <w:tcPr>
            <w:tcW w:w="1714" w:type="dxa"/>
          </w:tcPr>
          <w:p w14:paraId="5EBA1BF3" w14:textId="77777777" w:rsidR="00885D44" w:rsidRDefault="00885D44" w:rsidP="00885D44">
            <w:pPr>
              <w:pStyle w:val="Odstavekseznama"/>
              <w:spacing w:line="600" w:lineRule="auto"/>
              <w:ind w:left="0"/>
            </w:pPr>
          </w:p>
        </w:tc>
        <w:tc>
          <w:tcPr>
            <w:tcW w:w="1714" w:type="dxa"/>
          </w:tcPr>
          <w:p w14:paraId="24CF2999" w14:textId="77777777" w:rsidR="00885D44" w:rsidRDefault="00885D44" w:rsidP="00885D44">
            <w:pPr>
              <w:pStyle w:val="Odstavekseznama"/>
              <w:spacing w:line="600" w:lineRule="auto"/>
              <w:ind w:left="0"/>
            </w:pPr>
          </w:p>
        </w:tc>
      </w:tr>
      <w:tr w:rsidR="00885D44" w14:paraId="1931A5E0" w14:textId="77777777" w:rsidTr="00885D44">
        <w:tc>
          <w:tcPr>
            <w:tcW w:w="614" w:type="dxa"/>
          </w:tcPr>
          <w:p w14:paraId="316DCCA1" w14:textId="0EDC6711" w:rsidR="00885D44" w:rsidRDefault="00885D44" w:rsidP="00885D44">
            <w:pPr>
              <w:pStyle w:val="Odstavekseznama"/>
              <w:spacing w:line="600" w:lineRule="auto"/>
              <w:ind w:left="0"/>
            </w:pPr>
            <w:r>
              <w:t>12.</w:t>
            </w:r>
          </w:p>
        </w:tc>
        <w:tc>
          <w:tcPr>
            <w:tcW w:w="3214" w:type="dxa"/>
          </w:tcPr>
          <w:p w14:paraId="5C500804" w14:textId="77777777" w:rsidR="00885D44" w:rsidRDefault="00885D44" w:rsidP="00885D44">
            <w:pPr>
              <w:pStyle w:val="Odstavekseznama"/>
              <w:spacing w:line="600" w:lineRule="auto"/>
              <w:ind w:left="0"/>
            </w:pPr>
          </w:p>
        </w:tc>
        <w:tc>
          <w:tcPr>
            <w:tcW w:w="2066" w:type="dxa"/>
          </w:tcPr>
          <w:p w14:paraId="05505EE5" w14:textId="77777777" w:rsidR="00885D44" w:rsidRDefault="00885D44" w:rsidP="00885D44">
            <w:pPr>
              <w:pStyle w:val="Odstavekseznama"/>
              <w:spacing w:line="600" w:lineRule="auto"/>
              <w:ind w:left="0"/>
            </w:pPr>
          </w:p>
        </w:tc>
        <w:tc>
          <w:tcPr>
            <w:tcW w:w="1714" w:type="dxa"/>
          </w:tcPr>
          <w:p w14:paraId="775517B5" w14:textId="77777777" w:rsidR="00885D44" w:rsidRDefault="00885D44" w:rsidP="00885D44">
            <w:pPr>
              <w:pStyle w:val="Odstavekseznama"/>
              <w:spacing w:line="600" w:lineRule="auto"/>
              <w:ind w:left="0"/>
            </w:pPr>
          </w:p>
        </w:tc>
        <w:tc>
          <w:tcPr>
            <w:tcW w:w="1714" w:type="dxa"/>
          </w:tcPr>
          <w:p w14:paraId="167B7484" w14:textId="77777777" w:rsidR="00885D44" w:rsidRDefault="00885D44" w:rsidP="00885D44">
            <w:pPr>
              <w:pStyle w:val="Odstavekseznama"/>
              <w:spacing w:line="600" w:lineRule="auto"/>
              <w:ind w:left="0"/>
            </w:pPr>
          </w:p>
        </w:tc>
      </w:tr>
      <w:tr w:rsidR="00885D44" w14:paraId="48538745" w14:textId="77777777" w:rsidTr="00885D44">
        <w:tc>
          <w:tcPr>
            <w:tcW w:w="614" w:type="dxa"/>
          </w:tcPr>
          <w:p w14:paraId="20B54583" w14:textId="0A8D14F5" w:rsidR="00885D44" w:rsidRDefault="00885D44" w:rsidP="00885D44">
            <w:pPr>
              <w:pStyle w:val="Odstavekseznama"/>
              <w:spacing w:line="600" w:lineRule="auto"/>
              <w:ind w:left="0"/>
            </w:pPr>
            <w:r>
              <w:t>13.</w:t>
            </w:r>
          </w:p>
        </w:tc>
        <w:tc>
          <w:tcPr>
            <w:tcW w:w="3214" w:type="dxa"/>
          </w:tcPr>
          <w:p w14:paraId="653882D6" w14:textId="77777777" w:rsidR="00885D44" w:rsidRDefault="00885D44" w:rsidP="00885D44">
            <w:pPr>
              <w:pStyle w:val="Odstavekseznama"/>
              <w:spacing w:line="600" w:lineRule="auto"/>
              <w:ind w:left="0"/>
            </w:pPr>
          </w:p>
        </w:tc>
        <w:tc>
          <w:tcPr>
            <w:tcW w:w="2066" w:type="dxa"/>
          </w:tcPr>
          <w:p w14:paraId="44003A30" w14:textId="77777777" w:rsidR="00885D44" w:rsidRDefault="00885D44" w:rsidP="00885D44">
            <w:pPr>
              <w:pStyle w:val="Odstavekseznama"/>
              <w:spacing w:line="600" w:lineRule="auto"/>
              <w:ind w:left="0"/>
            </w:pPr>
          </w:p>
        </w:tc>
        <w:tc>
          <w:tcPr>
            <w:tcW w:w="1714" w:type="dxa"/>
          </w:tcPr>
          <w:p w14:paraId="57C5133C" w14:textId="77777777" w:rsidR="00885D44" w:rsidRDefault="00885D44" w:rsidP="00885D44">
            <w:pPr>
              <w:pStyle w:val="Odstavekseznama"/>
              <w:spacing w:line="600" w:lineRule="auto"/>
              <w:ind w:left="0"/>
            </w:pPr>
          </w:p>
        </w:tc>
        <w:tc>
          <w:tcPr>
            <w:tcW w:w="1714" w:type="dxa"/>
          </w:tcPr>
          <w:p w14:paraId="3E7FCFCB" w14:textId="77777777" w:rsidR="00885D44" w:rsidRDefault="00885D44" w:rsidP="00885D44">
            <w:pPr>
              <w:pStyle w:val="Odstavekseznama"/>
              <w:spacing w:line="600" w:lineRule="auto"/>
              <w:ind w:left="0"/>
            </w:pPr>
          </w:p>
        </w:tc>
      </w:tr>
      <w:tr w:rsidR="00885D44" w14:paraId="77C4CD2A" w14:textId="77777777" w:rsidTr="00885D44">
        <w:tc>
          <w:tcPr>
            <w:tcW w:w="614" w:type="dxa"/>
          </w:tcPr>
          <w:p w14:paraId="47794AD1" w14:textId="586688F4" w:rsidR="00885D44" w:rsidRDefault="00885D44" w:rsidP="00885D44">
            <w:pPr>
              <w:pStyle w:val="Odstavekseznama"/>
              <w:spacing w:line="600" w:lineRule="auto"/>
              <w:ind w:left="0"/>
            </w:pPr>
            <w:r>
              <w:t>14.</w:t>
            </w:r>
          </w:p>
        </w:tc>
        <w:tc>
          <w:tcPr>
            <w:tcW w:w="3214" w:type="dxa"/>
          </w:tcPr>
          <w:p w14:paraId="13380B38" w14:textId="77777777" w:rsidR="00885D44" w:rsidRDefault="00885D44" w:rsidP="00885D44">
            <w:pPr>
              <w:pStyle w:val="Odstavekseznama"/>
              <w:spacing w:line="600" w:lineRule="auto"/>
              <w:ind w:left="0"/>
            </w:pPr>
          </w:p>
        </w:tc>
        <w:tc>
          <w:tcPr>
            <w:tcW w:w="2066" w:type="dxa"/>
          </w:tcPr>
          <w:p w14:paraId="68132E45" w14:textId="77777777" w:rsidR="00885D44" w:rsidRDefault="00885D44" w:rsidP="00885D44">
            <w:pPr>
              <w:pStyle w:val="Odstavekseznama"/>
              <w:spacing w:line="600" w:lineRule="auto"/>
              <w:ind w:left="0"/>
            </w:pPr>
          </w:p>
        </w:tc>
        <w:tc>
          <w:tcPr>
            <w:tcW w:w="1714" w:type="dxa"/>
          </w:tcPr>
          <w:p w14:paraId="42E2FF7B" w14:textId="77777777" w:rsidR="00885D44" w:rsidRDefault="00885D44" w:rsidP="00885D44">
            <w:pPr>
              <w:pStyle w:val="Odstavekseznama"/>
              <w:spacing w:line="600" w:lineRule="auto"/>
              <w:ind w:left="0"/>
            </w:pPr>
          </w:p>
        </w:tc>
        <w:tc>
          <w:tcPr>
            <w:tcW w:w="1714" w:type="dxa"/>
          </w:tcPr>
          <w:p w14:paraId="196FF989" w14:textId="77777777" w:rsidR="00885D44" w:rsidRDefault="00885D44" w:rsidP="00885D44">
            <w:pPr>
              <w:pStyle w:val="Odstavekseznama"/>
              <w:spacing w:line="600" w:lineRule="auto"/>
              <w:ind w:left="0"/>
            </w:pPr>
          </w:p>
        </w:tc>
      </w:tr>
      <w:tr w:rsidR="00885D44" w14:paraId="127963C6" w14:textId="77777777" w:rsidTr="00885D44">
        <w:tc>
          <w:tcPr>
            <w:tcW w:w="614" w:type="dxa"/>
          </w:tcPr>
          <w:p w14:paraId="27D837A3" w14:textId="53F48E39" w:rsidR="00885D44" w:rsidRDefault="00885D44" w:rsidP="00885D44">
            <w:pPr>
              <w:pStyle w:val="Odstavekseznama"/>
              <w:spacing w:line="600" w:lineRule="auto"/>
              <w:ind w:left="0"/>
            </w:pPr>
            <w:r>
              <w:t>15.</w:t>
            </w:r>
          </w:p>
        </w:tc>
        <w:tc>
          <w:tcPr>
            <w:tcW w:w="3214" w:type="dxa"/>
          </w:tcPr>
          <w:p w14:paraId="2CDB322C" w14:textId="77777777" w:rsidR="00885D44" w:rsidRDefault="00885D44" w:rsidP="00885D44">
            <w:pPr>
              <w:pStyle w:val="Odstavekseznama"/>
              <w:spacing w:line="600" w:lineRule="auto"/>
              <w:ind w:left="0"/>
            </w:pPr>
          </w:p>
        </w:tc>
        <w:tc>
          <w:tcPr>
            <w:tcW w:w="2066" w:type="dxa"/>
          </w:tcPr>
          <w:p w14:paraId="7020802C" w14:textId="77777777" w:rsidR="00885D44" w:rsidRDefault="00885D44" w:rsidP="00885D44">
            <w:pPr>
              <w:pStyle w:val="Odstavekseznama"/>
              <w:spacing w:line="600" w:lineRule="auto"/>
              <w:ind w:left="0"/>
            </w:pPr>
          </w:p>
        </w:tc>
        <w:tc>
          <w:tcPr>
            <w:tcW w:w="1714" w:type="dxa"/>
          </w:tcPr>
          <w:p w14:paraId="29E20F0C" w14:textId="77777777" w:rsidR="00885D44" w:rsidRDefault="00885D44" w:rsidP="00885D44">
            <w:pPr>
              <w:pStyle w:val="Odstavekseznama"/>
              <w:spacing w:line="600" w:lineRule="auto"/>
              <w:ind w:left="0"/>
            </w:pPr>
          </w:p>
        </w:tc>
        <w:tc>
          <w:tcPr>
            <w:tcW w:w="1714" w:type="dxa"/>
          </w:tcPr>
          <w:p w14:paraId="60680AF6" w14:textId="77777777" w:rsidR="00885D44" w:rsidRDefault="00885D44" w:rsidP="00885D44">
            <w:pPr>
              <w:pStyle w:val="Odstavekseznama"/>
              <w:spacing w:line="600" w:lineRule="auto"/>
              <w:ind w:left="0"/>
            </w:pPr>
          </w:p>
        </w:tc>
      </w:tr>
    </w:tbl>
    <w:p w14:paraId="187EC275" w14:textId="77777777" w:rsidR="00E65EE8" w:rsidRDefault="00E65EE8" w:rsidP="00E65EE8">
      <w:pPr>
        <w:jc w:val="both"/>
        <w:rPr>
          <w:color w:val="548DD4" w:themeColor="text2" w:themeTint="99"/>
        </w:rPr>
      </w:pPr>
    </w:p>
    <w:p w14:paraId="13AD3A0D" w14:textId="690CDD17" w:rsidR="00DB443C" w:rsidRPr="00BB5DA8" w:rsidRDefault="00000000">
      <w:pPr>
        <w:pStyle w:val="Naslov3"/>
        <w:rPr>
          <w:color w:val="548DD4" w:themeColor="text2" w:themeTint="99"/>
          <w:sz w:val="28"/>
          <w:szCs w:val="28"/>
        </w:rPr>
      </w:pPr>
      <w:proofErr w:type="spellStart"/>
      <w:r w:rsidRPr="00BB5DA8">
        <w:rPr>
          <w:rFonts w:ascii="Times New Roman" w:hAnsi="Times New Roman"/>
          <w:color w:val="548DD4" w:themeColor="text2" w:themeTint="99"/>
          <w:sz w:val="28"/>
          <w:szCs w:val="28"/>
        </w:rPr>
        <w:t>Aktivnost</w:t>
      </w:r>
      <w:proofErr w:type="spellEnd"/>
      <w:r w:rsidR="00B1324A" w:rsidRPr="00BB5DA8">
        <w:rPr>
          <w:rFonts w:ascii="Times New Roman" w:hAnsi="Times New Roman"/>
          <w:color w:val="548DD4" w:themeColor="text2" w:themeTint="99"/>
          <w:sz w:val="28"/>
          <w:szCs w:val="28"/>
        </w:rPr>
        <w:t xml:space="preserve"> </w:t>
      </w:r>
      <w:r w:rsidR="00050EB1" w:rsidRPr="00BB5DA8">
        <w:rPr>
          <w:rFonts w:ascii="Times New Roman" w:hAnsi="Times New Roman"/>
          <w:color w:val="548DD4" w:themeColor="text2" w:themeTint="99"/>
          <w:sz w:val="28"/>
          <w:szCs w:val="28"/>
        </w:rPr>
        <w:t>5</w:t>
      </w:r>
      <w:r w:rsidRPr="00BB5DA8">
        <w:rPr>
          <w:rFonts w:ascii="Times New Roman" w:hAnsi="Times New Roman"/>
          <w:color w:val="548DD4" w:themeColor="text2" w:themeTint="99"/>
          <w:sz w:val="28"/>
          <w:szCs w:val="28"/>
        </w:rPr>
        <w:t xml:space="preserve">: </w:t>
      </w:r>
      <w:proofErr w:type="spellStart"/>
      <w:r w:rsidRPr="00BB5DA8">
        <w:rPr>
          <w:rFonts w:ascii="Times New Roman" w:hAnsi="Times New Roman"/>
          <w:color w:val="548DD4" w:themeColor="text2" w:themeTint="99"/>
          <w:sz w:val="28"/>
          <w:szCs w:val="28"/>
        </w:rPr>
        <w:t>Zaključni</w:t>
      </w:r>
      <w:proofErr w:type="spellEnd"/>
      <w:r w:rsidRPr="00BB5DA8">
        <w:rPr>
          <w:rFonts w:ascii="Times New Roman" w:hAnsi="Times New Roman"/>
          <w:color w:val="548DD4" w:themeColor="text2" w:themeTint="99"/>
          <w:sz w:val="28"/>
          <w:szCs w:val="28"/>
        </w:rPr>
        <w:t xml:space="preserve"> </w:t>
      </w:r>
      <w:proofErr w:type="spellStart"/>
      <w:r w:rsidR="00B1324A" w:rsidRPr="00BB5DA8">
        <w:rPr>
          <w:rFonts w:ascii="Times New Roman" w:hAnsi="Times New Roman"/>
          <w:color w:val="548DD4" w:themeColor="text2" w:themeTint="99"/>
          <w:sz w:val="28"/>
          <w:szCs w:val="28"/>
        </w:rPr>
        <w:t>po</w:t>
      </w:r>
      <w:r w:rsidRPr="00BB5DA8">
        <w:rPr>
          <w:rFonts w:ascii="Times New Roman" w:hAnsi="Times New Roman"/>
          <w:color w:val="548DD4" w:themeColor="text2" w:themeTint="99"/>
          <w:sz w:val="28"/>
          <w:szCs w:val="28"/>
        </w:rPr>
        <w:t>govor</w:t>
      </w:r>
      <w:proofErr w:type="spellEnd"/>
      <w:r w:rsidRPr="00BB5DA8">
        <w:rPr>
          <w:rFonts w:ascii="Times New Roman" w:hAnsi="Times New Roman"/>
          <w:color w:val="548DD4" w:themeColor="text2" w:themeTint="99"/>
          <w:sz w:val="28"/>
          <w:szCs w:val="28"/>
        </w:rPr>
        <w:t xml:space="preserve"> z </w:t>
      </w:r>
      <w:proofErr w:type="spellStart"/>
      <w:r w:rsidRPr="00BB5DA8">
        <w:rPr>
          <w:rFonts w:ascii="Times New Roman" w:hAnsi="Times New Roman"/>
          <w:color w:val="548DD4" w:themeColor="text2" w:themeTint="99"/>
          <w:sz w:val="28"/>
          <w:szCs w:val="28"/>
        </w:rPr>
        <w:t>mentorjem</w:t>
      </w:r>
      <w:proofErr w:type="spellEnd"/>
      <w:r w:rsidRPr="00BB5DA8">
        <w:rPr>
          <w:rFonts w:ascii="Times New Roman" w:hAnsi="Times New Roman"/>
          <w:color w:val="548DD4" w:themeColor="text2" w:themeTint="99"/>
          <w:sz w:val="28"/>
          <w:szCs w:val="28"/>
        </w:rPr>
        <w:t xml:space="preserve"> (</w:t>
      </w:r>
      <w:proofErr w:type="spellStart"/>
      <w:r w:rsidRPr="00BB5DA8">
        <w:rPr>
          <w:rFonts w:ascii="Times New Roman" w:hAnsi="Times New Roman"/>
          <w:color w:val="548DD4" w:themeColor="text2" w:themeTint="99"/>
          <w:sz w:val="28"/>
          <w:szCs w:val="28"/>
        </w:rPr>
        <w:t>pregled</w:t>
      </w:r>
      <w:proofErr w:type="spellEnd"/>
      <w:r w:rsidRPr="00BB5DA8">
        <w:rPr>
          <w:rFonts w:ascii="Times New Roman" w:hAnsi="Times New Roman"/>
          <w:color w:val="548DD4" w:themeColor="text2" w:themeTint="99"/>
          <w:sz w:val="28"/>
          <w:szCs w:val="28"/>
        </w:rPr>
        <w:t xml:space="preserve"> </w:t>
      </w:r>
      <w:proofErr w:type="spellStart"/>
      <w:r w:rsidRPr="00BB5DA8">
        <w:rPr>
          <w:rFonts w:ascii="Times New Roman" w:hAnsi="Times New Roman"/>
          <w:color w:val="548DD4" w:themeColor="text2" w:themeTint="99"/>
          <w:sz w:val="28"/>
          <w:szCs w:val="28"/>
        </w:rPr>
        <w:t>gradiv</w:t>
      </w:r>
      <w:proofErr w:type="spellEnd"/>
      <w:r w:rsidRPr="00BB5DA8">
        <w:rPr>
          <w:rFonts w:ascii="Times New Roman" w:hAnsi="Times New Roman"/>
          <w:color w:val="548DD4" w:themeColor="text2" w:themeTint="99"/>
          <w:sz w:val="28"/>
          <w:szCs w:val="28"/>
        </w:rPr>
        <w:t xml:space="preserve">, </w:t>
      </w:r>
      <w:proofErr w:type="spellStart"/>
      <w:r w:rsidRPr="00BB5DA8">
        <w:rPr>
          <w:rFonts w:ascii="Times New Roman" w:hAnsi="Times New Roman"/>
          <w:color w:val="548DD4" w:themeColor="text2" w:themeTint="99"/>
          <w:sz w:val="28"/>
          <w:szCs w:val="28"/>
        </w:rPr>
        <w:t>analiza</w:t>
      </w:r>
      <w:proofErr w:type="spellEnd"/>
      <w:r w:rsidRPr="00BB5DA8">
        <w:rPr>
          <w:rFonts w:ascii="Times New Roman" w:hAnsi="Times New Roman"/>
          <w:color w:val="548DD4" w:themeColor="text2" w:themeTint="99"/>
          <w:sz w:val="28"/>
          <w:szCs w:val="28"/>
        </w:rPr>
        <w:t xml:space="preserve"> in sinteza dela)</w:t>
      </w:r>
    </w:p>
    <w:p w14:paraId="3BBC4D39" w14:textId="204DCA9F" w:rsidR="00DB443C" w:rsidRPr="00E65EE8" w:rsidRDefault="00E65EE8" w:rsidP="00E65EE8">
      <w:pPr>
        <w:jc w:val="both"/>
      </w:pPr>
      <w:r w:rsidRPr="00E65EE8">
        <w:t xml:space="preserve">V </w:t>
      </w:r>
      <w:proofErr w:type="spellStart"/>
      <w:r w:rsidRPr="00E65EE8">
        <w:t>zaključni</w:t>
      </w:r>
      <w:proofErr w:type="spellEnd"/>
      <w:r w:rsidRPr="00E65EE8">
        <w:t xml:space="preserve"> </w:t>
      </w:r>
      <w:proofErr w:type="spellStart"/>
      <w:r w:rsidRPr="00E65EE8">
        <w:t>refleksiji</w:t>
      </w:r>
      <w:proofErr w:type="spellEnd"/>
      <w:r w:rsidRPr="00E65EE8">
        <w:t xml:space="preserve"> </w:t>
      </w:r>
      <w:proofErr w:type="spellStart"/>
      <w:r w:rsidRPr="00E65EE8">
        <w:t>razmislite</w:t>
      </w:r>
      <w:proofErr w:type="spellEnd"/>
      <w:r w:rsidRPr="00E65EE8">
        <w:t xml:space="preserve"> o </w:t>
      </w:r>
      <w:proofErr w:type="spellStart"/>
      <w:r w:rsidRPr="00E65EE8">
        <w:t>tem</w:t>
      </w:r>
      <w:proofErr w:type="spellEnd"/>
      <w:r w:rsidRPr="00E65EE8">
        <w:t xml:space="preserve">, v </w:t>
      </w:r>
      <w:proofErr w:type="spellStart"/>
      <w:r w:rsidRPr="00E65EE8">
        <w:t>kolikšni</w:t>
      </w:r>
      <w:proofErr w:type="spellEnd"/>
      <w:r w:rsidRPr="00E65EE8">
        <w:t xml:space="preserve"> meri so se </w:t>
      </w:r>
      <w:proofErr w:type="spellStart"/>
      <w:r w:rsidRPr="00E65EE8">
        <w:t>uresničila</w:t>
      </w:r>
      <w:proofErr w:type="spellEnd"/>
      <w:r w:rsidRPr="00E65EE8">
        <w:t xml:space="preserve"> </w:t>
      </w:r>
      <w:proofErr w:type="spellStart"/>
      <w:r w:rsidRPr="00E65EE8">
        <w:t>vaša</w:t>
      </w:r>
      <w:proofErr w:type="spellEnd"/>
      <w:r w:rsidRPr="00E65EE8">
        <w:t xml:space="preserve"> </w:t>
      </w:r>
      <w:proofErr w:type="spellStart"/>
      <w:r w:rsidRPr="00E65EE8">
        <w:t>začetna</w:t>
      </w:r>
      <w:proofErr w:type="spellEnd"/>
      <w:r w:rsidRPr="00E65EE8">
        <w:t xml:space="preserve"> </w:t>
      </w:r>
      <w:proofErr w:type="spellStart"/>
      <w:r w:rsidRPr="00E65EE8">
        <w:t>pričakovanja</w:t>
      </w:r>
      <w:proofErr w:type="spellEnd"/>
      <w:r w:rsidRPr="00E65EE8">
        <w:t xml:space="preserve"> glede </w:t>
      </w:r>
      <w:proofErr w:type="spellStart"/>
      <w:r w:rsidRPr="00E65EE8">
        <w:t>praktičnega</w:t>
      </w:r>
      <w:proofErr w:type="spellEnd"/>
      <w:r w:rsidRPr="00E65EE8">
        <w:t xml:space="preserve"> </w:t>
      </w:r>
      <w:proofErr w:type="spellStart"/>
      <w:r w:rsidRPr="00E65EE8">
        <w:t>usposabljanja</w:t>
      </w:r>
      <w:proofErr w:type="spellEnd"/>
      <w:r w:rsidRPr="00E65EE8">
        <w:t xml:space="preserve">. </w:t>
      </w:r>
      <w:proofErr w:type="spellStart"/>
      <w:r w:rsidRPr="00E65EE8">
        <w:t>Opišite</w:t>
      </w:r>
      <w:proofErr w:type="spellEnd"/>
      <w:r w:rsidRPr="00E65EE8">
        <w:t xml:space="preserve">, </w:t>
      </w:r>
      <w:proofErr w:type="spellStart"/>
      <w:r w:rsidRPr="00E65EE8">
        <w:t>kaj</w:t>
      </w:r>
      <w:proofErr w:type="spellEnd"/>
      <w:r w:rsidRPr="00E65EE8">
        <w:t xml:space="preserve"> vas je v </w:t>
      </w:r>
      <w:proofErr w:type="spellStart"/>
      <w:r w:rsidRPr="00E65EE8">
        <w:t>času</w:t>
      </w:r>
      <w:proofErr w:type="spellEnd"/>
      <w:r w:rsidRPr="00E65EE8">
        <w:t xml:space="preserve"> </w:t>
      </w:r>
      <w:proofErr w:type="spellStart"/>
      <w:r w:rsidRPr="00E65EE8">
        <w:t>prakse</w:t>
      </w:r>
      <w:proofErr w:type="spellEnd"/>
      <w:r w:rsidRPr="00E65EE8">
        <w:t xml:space="preserve"> </w:t>
      </w:r>
      <w:proofErr w:type="spellStart"/>
      <w:r w:rsidRPr="00E65EE8">
        <w:t>najbolj</w:t>
      </w:r>
      <w:proofErr w:type="spellEnd"/>
      <w:r w:rsidRPr="00E65EE8">
        <w:t xml:space="preserve"> </w:t>
      </w:r>
      <w:proofErr w:type="spellStart"/>
      <w:r w:rsidRPr="00E65EE8">
        <w:t>presenetilo</w:t>
      </w:r>
      <w:proofErr w:type="spellEnd"/>
      <w:r w:rsidRPr="00E65EE8">
        <w:t xml:space="preserve">, </w:t>
      </w:r>
      <w:proofErr w:type="spellStart"/>
      <w:r w:rsidRPr="00E65EE8">
        <w:t>kako</w:t>
      </w:r>
      <w:proofErr w:type="spellEnd"/>
      <w:r w:rsidRPr="00E65EE8">
        <w:t xml:space="preserve"> je </w:t>
      </w:r>
      <w:proofErr w:type="spellStart"/>
      <w:r w:rsidRPr="00E65EE8">
        <w:t>praksa</w:t>
      </w:r>
      <w:proofErr w:type="spellEnd"/>
      <w:r w:rsidRPr="00E65EE8">
        <w:t xml:space="preserve"> </w:t>
      </w:r>
      <w:proofErr w:type="spellStart"/>
      <w:r w:rsidRPr="00E65EE8">
        <w:t>prispevala</w:t>
      </w:r>
      <w:proofErr w:type="spellEnd"/>
      <w:r w:rsidRPr="00E65EE8">
        <w:t xml:space="preserve"> k </w:t>
      </w:r>
      <w:proofErr w:type="spellStart"/>
      <w:r w:rsidRPr="00E65EE8">
        <w:t>vašemu</w:t>
      </w:r>
      <w:proofErr w:type="spellEnd"/>
      <w:r w:rsidRPr="00E65EE8">
        <w:t xml:space="preserve"> </w:t>
      </w:r>
      <w:proofErr w:type="spellStart"/>
      <w:r w:rsidRPr="00E65EE8">
        <w:t>strokovnemu</w:t>
      </w:r>
      <w:proofErr w:type="spellEnd"/>
      <w:r w:rsidRPr="00E65EE8">
        <w:t xml:space="preserve"> in </w:t>
      </w:r>
      <w:proofErr w:type="spellStart"/>
      <w:r w:rsidRPr="00E65EE8">
        <w:t>osebnemu</w:t>
      </w:r>
      <w:proofErr w:type="spellEnd"/>
      <w:r w:rsidRPr="00E65EE8">
        <w:t xml:space="preserve"> </w:t>
      </w:r>
      <w:proofErr w:type="spellStart"/>
      <w:r w:rsidRPr="00E65EE8">
        <w:t>razvoju</w:t>
      </w:r>
      <w:proofErr w:type="spellEnd"/>
      <w:r w:rsidRPr="00E65EE8">
        <w:t xml:space="preserve"> ter </w:t>
      </w:r>
      <w:proofErr w:type="spellStart"/>
      <w:r w:rsidRPr="00E65EE8">
        <w:t>kaj</w:t>
      </w:r>
      <w:proofErr w:type="spellEnd"/>
      <w:r w:rsidRPr="00E65EE8">
        <w:t xml:space="preserve"> bi v </w:t>
      </w:r>
      <w:proofErr w:type="spellStart"/>
      <w:r w:rsidRPr="00E65EE8">
        <w:t>prihodnje</w:t>
      </w:r>
      <w:proofErr w:type="spellEnd"/>
      <w:r w:rsidRPr="00E65EE8">
        <w:t xml:space="preserve"> </w:t>
      </w:r>
      <w:proofErr w:type="spellStart"/>
      <w:r w:rsidRPr="00E65EE8">
        <w:t>morda</w:t>
      </w:r>
      <w:proofErr w:type="spellEnd"/>
      <w:r w:rsidRPr="00E65EE8">
        <w:t xml:space="preserve"> </w:t>
      </w:r>
      <w:proofErr w:type="spellStart"/>
      <w:r w:rsidRPr="00E65EE8">
        <w:t>spremenili</w:t>
      </w:r>
      <w:proofErr w:type="spellEnd"/>
      <w:r w:rsidRPr="00E65EE8">
        <w:t xml:space="preserve"> </w:t>
      </w:r>
      <w:proofErr w:type="spellStart"/>
      <w:r w:rsidRPr="00E65EE8">
        <w:t>ali</w:t>
      </w:r>
      <w:proofErr w:type="spellEnd"/>
      <w:r w:rsidRPr="00E65EE8">
        <w:t xml:space="preserve"> </w:t>
      </w:r>
      <w:proofErr w:type="spellStart"/>
      <w:r w:rsidRPr="00E65EE8">
        <w:t>dodatno</w:t>
      </w:r>
      <w:proofErr w:type="spellEnd"/>
      <w:r w:rsidRPr="00E65EE8">
        <w:t xml:space="preserve"> </w:t>
      </w:r>
      <w:proofErr w:type="spellStart"/>
      <w:r w:rsidRPr="00E65EE8">
        <w:t>poglobili</w:t>
      </w:r>
      <w:proofErr w:type="spellEnd"/>
      <w:r w:rsidRPr="00E65EE8">
        <w:t>.</w:t>
      </w:r>
    </w:p>
    <w:tbl>
      <w:tblPr>
        <w:tblStyle w:val="Tabelamrea"/>
        <w:tblW w:w="0" w:type="auto"/>
        <w:tblLook w:val="04A0" w:firstRow="1" w:lastRow="0" w:firstColumn="1" w:lastColumn="0" w:noHBand="0" w:noVBand="1"/>
      </w:tblPr>
      <w:tblGrid>
        <w:gridCol w:w="8630"/>
      </w:tblGrid>
      <w:tr w:rsidR="00E65EE8" w14:paraId="7C51F7AC" w14:textId="77777777" w:rsidTr="00E65EE8">
        <w:tc>
          <w:tcPr>
            <w:tcW w:w="8630" w:type="dxa"/>
          </w:tcPr>
          <w:p w14:paraId="4DD0E6AA" w14:textId="77777777" w:rsidR="00E65EE8" w:rsidRDefault="00E65EE8"/>
          <w:p w14:paraId="1836D999" w14:textId="77777777" w:rsidR="00E65EE8" w:rsidRDefault="00E65EE8"/>
          <w:p w14:paraId="7BFEE2DB" w14:textId="77777777" w:rsidR="00E65EE8" w:rsidRDefault="00E65EE8"/>
        </w:tc>
      </w:tr>
    </w:tbl>
    <w:p w14:paraId="2AEF6FE2" w14:textId="77777777" w:rsidR="000B48CB" w:rsidRDefault="000B48CB"/>
    <w:p w14:paraId="7B93D51D" w14:textId="7AAB54D6" w:rsidR="00EB6EA2" w:rsidRPr="00BB5DA8" w:rsidRDefault="00BB5DA8" w:rsidP="00BB5DA8">
      <w:pPr>
        <w:pStyle w:val="Naslov1"/>
        <w:rPr>
          <w:rFonts w:ascii="Times New Roman" w:hAnsi="Times New Roman"/>
          <w:color w:val="548DD4" w:themeColor="text2" w:themeTint="99"/>
          <w:sz w:val="28"/>
        </w:rPr>
      </w:pPr>
      <w:r w:rsidRPr="00BB5DA8">
        <w:rPr>
          <w:rFonts w:ascii="Times New Roman" w:hAnsi="Times New Roman"/>
          <w:color w:val="548DD4" w:themeColor="text2" w:themeTint="99"/>
          <w:sz w:val="28"/>
        </w:rPr>
        <w:lastRenderedPageBreak/>
        <w:t>3 I</w:t>
      </w:r>
      <w:r w:rsidR="00B1324A" w:rsidRPr="00BB5DA8">
        <w:rPr>
          <w:rFonts w:ascii="Times New Roman" w:hAnsi="Times New Roman"/>
          <w:color w:val="548DD4" w:themeColor="text2" w:themeTint="99"/>
          <w:sz w:val="28"/>
        </w:rPr>
        <w:t xml:space="preserve">ZJAVA </w:t>
      </w:r>
      <w:r w:rsidR="00A94E45" w:rsidRPr="00BB5DA8">
        <w:rPr>
          <w:rFonts w:ascii="Times New Roman" w:hAnsi="Times New Roman"/>
          <w:color w:val="548DD4" w:themeColor="text2" w:themeTint="99"/>
          <w:sz w:val="28"/>
        </w:rPr>
        <w:t xml:space="preserve">ŠTUDENTA </w:t>
      </w:r>
      <w:r w:rsidR="00B1324A" w:rsidRPr="00BB5DA8">
        <w:rPr>
          <w:rFonts w:ascii="Times New Roman" w:hAnsi="Times New Roman"/>
          <w:color w:val="548DD4" w:themeColor="text2" w:themeTint="99"/>
          <w:sz w:val="28"/>
        </w:rPr>
        <w:t>O VAROVANJU OSEBNIH PODATKOV</w:t>
      </w:r>
    </w:p>
    <w:p w14:paraId="412609C4" w14:textId="6F9874B8" w:rsidR="00A94E45" w:rsidRDefault="00EB6EA2" w:rsidP="00A94E45">
      <w:pPr>
        <w:jc w:val="both"/>
      </w:pPr>
      <w:proofErr w:type="spellStart"/>
      <w:r>
        <w:t>Spodaj</w:t>
      </w:r>
      <w:proofErr w:type="spellEnd"/>
      <w:r>
        <w:t xml:space="preserve"> </w:t>
      </w:r>
      <w:proofErr w:type="spellStart"/>
      <w:r>
        <w:t>podpisani</w:t>
      </w:r>
      <w:proofErr w:type="spellEnd"/>
      <w:r>
        <w:t xml:space="preserve"> student </w:t>
      </w:r>
      <w:proofErr w:type="spellStart"/>
      <w:r w:rsidR="007D3BE1">
        <w:t>i</w:t>
      </w:r>
      <w:r w:rsidR="00B1324A">
        <w:t>zjavljam</w:t>
      </w:r>
      <w:proofErr w:type="spellEnd"/>
      <w:r w:rsidR="00B1324A">
        <w:t xml:space="preserve">, da </w:t>
      </w:r>
      <w:proofErr w:type="spellStart"/>
      <w:r w:rsidR="00B1324A">
        <w:t>bom</w:t>
      </w:r>
      <w:proofErr w:type="spellEnd"/>
      <w:r w:rsidR="00B1324A">
        <w:t xml:space="preserve"> v </w:t>
      </w:r>
      <w:proofErr w:type="spellStart"/>
      <w:r w:rsidR="00B1324A">
        <w:t>času</w:t>
      </w:r>
      <w:proofErr w:type="spellEnd"/>
      <w:r w:rsidR="00B1324A">
        <w:t xml:space="preserve"> </w:t>
      </w:r>
      <w:proofErr w:type="spellStart"/>
      <w:r w:rsidR="00B1324A">
        <w:t>opravljanja</w:t>
      </w:r>
      <w:proofErr w:type="spellEnd"/>
      <w:r w:rsidR="00B1324A">
        <w:t xml:space="preserve"> </w:t>
      </w:r>
      <w:proofErr w:type="spellStart"/>
      <w:r w:rsidR="00B1324A">
        <w:t>praktičnega</w:t>
      </w:r>
      <w:proofErr w:type="spellEnd"/>
      <w:r w:rsidR="00B1324A">
        <w:t xml:space="preserve"> </w:t>
      </w:r>
      <w:proofErr w:type="spellStart"/>
      <w:r w:rsidR="00B1324A">
        <w:t>usposabljanja</w:t>
      </w:r>
      <w:proofErr w:type="spellEnd"/>
      <w:r w:rsidR="00B1324A">
        <w:t xml:space="preserve"> v </w:t>
      </w:r>
      <w:proofErr w:type="spellStart"/>
      <w:r w:rsidR="00B1324A">
        <w:t>vzgojno-izobraževalni</w:t>
      </w:r>
      <w:proofErr w:type="spellEnd"/>
      <w:r w:rsidR="00B1324A">
        <w:t xml:space="preserve"> </w:t>
      </w:r>
      <w:proofErr w:type="spellStart"/>
      <w:r w:rsidR="00B1324A">
        <w:t>instituciji</w:t>
      </w:r>
      <w:proofErr w:type="spellEnd"/>
      <w:r w:rsidR="00B1324A">
        <w:t xml:space="preserve"> </w:t>
      </w:r>
      <w:proofErr w:type="spellStart"/>
      <w:r w:rsidR="00B1324A">
        <w:t>dosledno</w:t>
      </w:r>
      <w:proofErr w:type="spellEnd"/>
      <w:r w:rsidR="00B1324A">
        <w:t xml:space="preserve"> </w:t>
      </w:r>
      <w:proofErr w:type="spellStart"/>
      <w:proofErr w:type="gramStart"/>
      <w:r w:rsidR="00B1324A">
        <w:t>upošteval</w:t>
      </w:r>
      <w:proofErr w:type="spellEnd"/>
      <w:r>
        <w:t xml:space="preserve"> </w:t>
      </w:r>
      <w:r w:rsidR="00B1324A">
        <w:t xml:space="preserve"> </w:t>
      </w:r>
      <w:proofErr w:type="spellStart"/>
      <w:r w:rsidR="00B1324A">
        <w:t>določila</w:t>
      </w:r>
      <w:proofErr w:type="spellEnd"/>
      <w:proofErr w:type="gramEnd"/>
      <w:r w:rsidR="00B1324A">
        <w:t xml:space="preserve"> </w:t>
      </w:r>
      <w:proofErr w:type="spellStart"/>
      <w:r w:rsidR="00B1324A">
        <w:t>Zakona</w:t>
      </w:r>
      <w:proofErr w:type="spellEnd"/>
      <w:r w:rsidR="00B1324A">
        <w:t xml:space="preserve"> o </w:t>
      </w:r>
      <w:proofErr w:type="spellStart"/>
      <w:r w:rsidR="00B1324A">
        <w:t>varstvu</w:t>
      </w:r>
      <w:proofErr w:type="spellEnd"/>
      <w:r w:rsidR="00B1324A">
        <w:t xml:space="preserve"> </w:t>
      </w:r>
      <w:proofErr w:type="spellStart"/>
      <w:r w:rsidR="00B1324A">
        <w:t>osebnih</w:t>
      </w:r>
      <w:proofErr w:type="spellEnd"/>
      <w:r w:rsidR="00B1324A">
        <w:t xml:space="preserve"> </w:t>
      </w:r>
      <w:proofErr w:type="spellStart"/>
      <w:r w:rsidR="00B1324A">
        <w:t>podatkov</w:t>
      </w:r>
      <w:proofErr w:type="spellEnd"/>
      <w:r w:rsidR="00B1324A">
        <w:t xml:space="preserve"> (ZVOP), </w:t>
      </w:r>
      <w:proofErr w:type="spellStart"/>
      <w:r w:rsidR="00B1324A">
        <w:t>Splošne</w:t>
      </w:r>
      <w:proofErr w:type="spellEnd"/>
      <w:r w:rsidR="00B1324A">
        <w:t xml:space="preserve"> </w:t>
      </w:r>
      <w:proofErr w:type="spellStart"/>
      <w:r w:rsidR="00B1324A">
        <w:t>uredbe</w:t>
      </w:r>
      <w:proofErr w:type="spellEnd"/>
      <w:r w:rsidR="00B1324A">
        <w:t xml:space="preserve"> o </w:t>
      </w:r>
      <w:proofErr w:type="spellStart"/>
      <w:r w:rsidR="00B1324A">
        <w:t>varstvu</w:t>
      </w:r>
      <w:proofErr w:type="spellEnd"/>
      <w:r w:rsidR="00B1324A">
        <w:t xml:space="preserve"> </w:t>
      </w:r>
      <w:proofErr w:type="spellStart"/>
      <w:r w:rsidR="00B1324A">
        <w:t>podatkov</w:t>
      </w:r>
      <w:proofErr w:type="spellEnd"/>
      <w:r w:rsidR="00B1324A">
        <w:t xml:space="preserve"> (GDPR) ter </w:t>
      </w:r>
      <w:proofErr w:type="spellStart"/>
      <w:r w:rsidR="00B1324A">
        <w:t>vsa</w:t>
      </w:r>
      <w:proofErr w:type="spellEnd"/>
      <w:r w:rsidR="00B1324A">
        <w:t xml:space="preserve"> </w:t>
      </w:r>
      <w:proofErr w:type="spellStart"/>
      <w:r w:rsidR="00B1324A">
        <w:t>druga</w:t>
      </w:r>
      <w:proofErr w:type="spellEnd"/>
      <w:r w:rsidR="00B1324A">
        <w:t xml:space="preserve"> </w:t>
      </w:r>
      <w:proofErr w:type="spellStart"/>
      <w:r w:rsidR="00B1324A">
        <w:t>veljavna</w:t>
      </w:r>
      <w:proofErr w:type="spellEnd"/>
      <w:r w:rsidR="00B1324A">
        <w:t xml:space="preserve"> </w:t>
      </w:r>
      <w:proofErr w:type="spellStart"/>
      <w:r w:rsidR="00B1324A">
        <w:t>pravna</w:t>
      </w:r>
      <w:proofErr w:type="spellEnd"/>
      <w:r w:rsidR="00B1324A">
        <w:t xml:space="preserve"> in </w:t>
      </w:r>
      <w:proofErr w:type="spellStart"/>
      <w:r w:rsidR="00B1324A">
        <w:t>etična</w:t>
      </w:r>
      <w:proofErr w:type="spellEnd"/>
      <w:r w:rsidR="00B1324A">
        <w:t xml:space="preserve"> </w:t>
      </w:r>
      <w:proofErr w:type="spellStart"/>
      <w:r w:rsidR="00B1324A">
        <w:t>določila</w:t>
      </w:r>
      <w:proofErr w:type="spellEnd"/>
      <w:r w:rsidR="00B1324A">
        <w:t xml:space="preserve">, ki </w:t>
      </w:r>
      <w:proofErr w:type="spellStart"/>
      <w:r w:rsidR="00B1324A">
        <w:t>urejajo</w:t>
      </w:r>
      <w:proofErr w:type="spellEnd"/>
      <w:r w:rsidR="00B1324A">
        <w:t xml:space="preserve"> </w:t>
      </w:r>
      <w:proofErr w:type="spellStart"/>
      <w:r w:rsidR="00B1324A">
        <w:t>varovanje</w:t>
      </w:r>
      <w:proofErr w:type="spellEnd"/>
      <w:r w:rsidR="00B1324A">
        <w:t xml:space="preserve"> </w:t>
      </w:r>
      <w:proofErr w:type="spellStart"/>
      <w:r w:rsidR="00B1324A">
        <w:t>osebnih</w:t>
      </w:r>
      <w:proofErr w:type="spellEnd"/>
      <w:r w:rsidR="00B1324A">
        <w:t xml:space="preserve"> in </w:t>
      </w:r>
      <w:proofErr w:type="spellStart"/>
      <w:r w:rsidR="00B1324A">
        <w:t>zaupnih</w:t>
      </w:r>
      <w:proofErr w:type="spellEnd"/>
      <w:r w:rsidR="00B1324A">
        <w:t xml:space="preserve"> </w:t>
      </w:r>
      <w:proofErr w:type="spellStart"/>
      <w:r w:rsidR="00B1324A">
        <w:t>podatkov</w:t>
      </w:r>
      <w:proofErr w:type="spellEnd"/>
      <w:r w:rsidR="00B1324A">
        <w:t>.</w:t>
      </w:r>
    </w:p>
    <w:p w14:paraId="570D6AE3" w14:textId="5A531A55" w:rsidR="00B1324A" w:rsidRDefault="00B1324A" w:rsidP="00A94E45">
      <w:pPr>
        <w:jc w:val="both"/>
      </w:pPr>
      <w:r>
        <w:br/>
      </w:r>
      <w:proofErr w:type="spellStart"/>
      <w:r>
        <w:t>Zavezujem</w:t>
      </w:r>
      <w:proofErr w:type="spellEnd"/>
      <w:r>
        <w:t xml:space="preserve"> se, da </w:t>
      </w:r>
      <w:proofErr w:type="spellStart"/>
      <w:r>
        <w:t>podatkov</w:t>
      </w:r>
      <w:proofErr w:type="spellEnd"/>
      <w:r>
        <w:t xml:space="preserve">, </w:t>
      </w:r>
      <w:proofErr w:type="spellStart"/>
      <w:r>
        <w:t>informacij</w:t>
      </w:r>
      <w:proofErr w:type="spellEnd"/>
      <w:r>
        <w:t xml:space="preserve">, </w:t>
      </w:r>
      <w:proofErr w:type="spellStart"/>
      <w:r>
        <w:t>opažanj</w:t>
      </w:r>
      <w:proofErr w:type="spellEnd"/>
      <w:r>
        <w:t xml:space="preserve"> in </w:t>
      </w:r>
      <w:proofErr w:type="spellStart"/>
      <w:r>
        <w:t>vsebin</w:t>
      </w:r>
      <w:proofErr w:type="spellEnd"/>
      <w:r>
        <w:t xml:space="preserve">, s </w:t>
      </w:r>
      <w:proofErr w:type="spellStart"/>
      <w:r>
        <w:t>katerimi</w:t>
      </w:r>
      <w:proofErr w:type="spellEnd"/>
      <w:r>
        <w:t xml:space="preserve"> se </w:t>
      </w:r>
      <w:proofErr w:type="spellStart"/>
      <w:r>
        <w:t>bom</w:t>
      </w:r>
      <w:proofErr w:type="spellEnd"/>
      <w:r>
        <w:t xml:space="preserve"> </w:t>
      </w:r>
      <w:proofErr w:type="spellStart"/>
      <w:r>
        <w:t>seznanil</w:t>
      </w:r>
      <w:proofErr w:type="spellEnd"/>
      <w:r>
        <w:t xml:space="preserve"> v </w:t>
      </w:r>
      <w:proofErr w:type="spellStart"/>
      <w:r>
        <w:t>okviru</w:t>
      </w:r>
      <w:proofErr w:type="spellEnd"/>
      <w:r>
        <w:t xml:space="preserve"> </w:t>
      </w:r>
      <w:proofErr w:type="spellStart"/>
      <w:r>
        <w:t>svetovalnih</w:t>
      </w:r>
      <w:proofErr w:type="spellEnd"/>
      <w:r>
        <w:t xml:space="preserve"> </w:t>
      </w:r>
      <w:proofErr w:type="spellStart"/>
      <w:r>
        <w:t>postopkov</w:t>
      </w:r>
      <w:proofErr w:type="spellEnd"/>
      <w:r>
        <w:t xml:space="preserve">, </w:t>
      </w:r>
      <w:proofErr w:type="spellStart"/>
      <w:r>
        <w:t>strokovnih</w:t>
      </w:r>
      <w:proofErr w:type="spellEnd"/>
      <w:r>
        <w:t xml:space="preserve"> </w:t>
      </w:r>
      <w:proofErr w:type="spellStart"/>
      <w:r>
        <w:t>obravnav</w:t>
      </w:r>
      <w:proofErr w:type="spellEnd"/>
      <w:r>
        <w:t xml:space="preserve">, </w:t>
      </w:r>
      <w:proofErr w:type="spellStart"/>
      <w:r>
        <w:t>pedagoških</w:t>
      </w:r>
      <w:proofErr w:type="spellEnd"/>
      <w:r>
        <w:t xml:space="preserve"> </w:t>
      </w:r>
      <w:proofErr w:type="spellStart"/>
      <w:r>
        <w:t>razgovorov</w:t>
      </w:r>
      <w:proofErr w:type="spellEnd"/>
      <w:r>
        <w:t xml:space="preserve"> </w:t>
      </w:r>
      <w:proofErr w:type="spellStart"/>
      <w:r>
        <w:t>ali</w:t>
      </w:r>
      <w:proofErr w:type="spellEnd"/>
      <w:r>
        <w:t xml:space="preserve"> </w:t>
      </w:r>
      <w:proofErr w:type="spellStart"/>
      <w:r>
        <w:t>drugih</w:t>
      </w:r>
      <w:proofErr w:type="spellEnd"/>
      <w:r>
        <w:t xml:space="preserve"> </w:t>
      </w:r>
      <w:proofErr w:type="spellStart"/>
      <w:r>
        <w:t>dejavnosti</w:t>
      </w:r>
      <w:proofErr w:type="spellEnd"/>
      <w:r>
        <w:t xml:space="preserve"> v </w:t>
      </w:r>
      <w:proofErr w:type="spellStart"/>
      <w:r>
        <w:t>času</w:t>
      </w:r>
      <w:proofErr w:type="spellEnd"/>
      <w:r>
        <w:t xml:space="preserve"> </w:t>
      </w:r>
      <w:proofErr w:type="spellStart"/>
      <w:r>
        <w:t>prakse</w:t>
      </w:r>
      <w:proofErr w:type="spellEnd"/>
      <w:r>
        <w:t xml:space="preserve">, ne </w:t>
      </w:r>
      <w:proofErr w:type="spellStart"/>
      <w:r>
        <w:t>bom</w:t>
      </w:r>
      <w:proofErr w:type="spellEnd"/>
      <w:r>
        <w:t xml:space="preserve"> </w:t>
      </w:r>
      <w:proofErr w:type="spellStart"/>
      <w:r>
        <w:t>razkrival</w:t>
      </w:r>
      <w:proofErr w:type="spellEnd"/>
      <w:r>
        <w:t xml:space="preserve"> </w:t>
      </w:r>
      <w:proofErr w:type="spellStart"/>
      <w:r>
        <w:t>tretjim</w:t>
      </w:r>
      <w:proofErr w:type="spellEnd"/>
      <w:r>
        <w:t xml:space="preserve"> </w:t>
      </w:r>
      <w:proofErr w:type="spellStart"/>
      <w:r>
        <w:t>osebam</w:t>
      </w:r>
      <w:proofErr w:type="spellEnd"/>
      <w:r>
        <w:t xml:space="preserve"> in </w:t>
      </w:r>
      <w:proofErr w:type="spellStart"/>
      <w:r>
        <w:t>jih</w:t>
      </w:r>
      <w:proofErr w:type="spellEnd"/>
      <w:r>
        <w:t xml:space="preserve"> </w:t>
      </w:r>
      <w:proofErr w:type="spellStart"/>
      <w:r>
        <w:t>bom</w:t>
      </w:r>
      <w:proofErr w:type="spellEnd"/>
      <w:r>
        <w:t xml:space="preserve"> </w:t>
      </w:r>
      <w:proofErr w:type="spellStart"/>
      <w:r>
        <w:t>uporabljal</w:t>
      </w:r>
      <w:proofErr w:type="spellEnd"/>
      <w:r>
        <w:t xml:space="preserve">/-a </w:t>
      </w:r>
      <w:proofErr w:type="spellStart"/>
      <w:r>
        <w:t>izključno</w:t>
      </w:r>
      <w:proofErr w:type="spellEnd"/>
      <w:r>
        <w:t xml:space="preserve"> za </w:t>
      </w:r>
      <w:proofErr w:type="spellStart"/>
      <w:r>
        <w:t>namen</w:t>
      </w:r>
      <w:proofErr w:type="spellEnd"/>
      <w:r>
        <w:t xml:space="preserve"> </w:t>
      </w:r>
      <w:proofErr w:type="spellStart"/>
      <w:r>
        <w:t>študijskega</w:t>
      </w:r>
      <w:proofErr w:type="spellEnd"/>
      <w:r>
        <w:t xml:space="preserve"> dela in </w:t>
      </w:r>
      <w:proofErr w:type="spellStart"/>
      <w:r>
        <w:t>refleksije</w:t>
      </w:r>
      <w:proofErr w:type="spellEnd"/>
      <w:r>
        <w:t xml:space="preserve"> v </w:t>
      </w:r>
      <w:proofErr w:type="spellStart"/>
      <w:r>
        <w:t>okviru</w:t>
      </w:r>
      <w:proofErr w:type="spellEnd"/>
      <w:r>
        <w:t xml:space="preserve"> </w:t>
      </w:r>
      <w:proofErr w:type="spellStart"/>
      <w:r>
        <w:t>tega</w:t>
      </w:r>
      <w:proofErr w:type="spellEnd"/>
      <w:r>
        <w:t xml:space="preserve"> </w:t>
      </w:r>
      <w:proofErr w:type="spellStart"/>
      <w:r>
        <w:t>dnevnika</w:t>
      </w:r>
      <w:proofErr w:type="spellEnd"/>
      <w:r>
        <w:t xml:space="preserve"> </w:t>
      </w:r>
      <w:proofErr w:type="spellStart"/>
      <w:r>
        <w:t>praktičnega</w:t>
      </w:r>
      <w:proofErr w:type="spellEnd"/>
      <w:r>
        <w:t xml:space="preserve"> </w:t>
      </w:r>
      <w:proofErr w:type="spellStart"/>
      <w:r>
        <w:t>usposabljanja</w:t>
      </w:r>
      <w:proofErr w:type="spellEnd"/>
      <w:r>
        <w:t>.</w:t>
      </w:r>
      <w:r>
        <w:br/>
      </w:r>
      <w:r>
        <w:br/>
      </w:r>
      <w:proofErr w:type="spellStart"/>
      <w:r>
        <w:t>Zavedam</w:t>
      </w:r>
      <w:proofErr w:type="spellEnd"/>
      <w:r>
        <w:t xml:space="preserve"> se </w:t>
      </w:r>
      <w:proofErr w:type="spellStart"/>
      <w:r>
        <w:t>odgovornosti</w:t>
      </w:r>
      <w:proofErr w:type="spellEnd"/>
      <w:r>
        <w:t xml:space="preserve">, ki </w:t>
      </w:r>
      <w:proofErr w:type="spellStart"/>
      <w:r>
        <w:t>izhaja</w:t>
      </w:r>
      <w:proofErr w:type="spellEnd"/>
      <w:r>
        <w:t xml:space="preserve"> </w:t>
      </w:r>
      <w:proofErr w:type="spellStart"/>
      <w:r>
        <w:t>iz</w:t>
      </w:r>
      <w:proofErr w:type="spellEnd"/>
      <w:r>
        <w:t xml:space="preserve"> </w:t>
      </w:r>
      <w:proofErr w:type="spellStart"/>
      <w:r>
        <w:t>kršitve</w:t>
      </w:r>
      <w:proofErr w:type="spellEnd"/>
      <w:r>
        <w:t xml:space="preserve"> </w:t>
      </w:r>
      <w:proofErr w:type="spellStart"/>
      <w:r>
        <w:t>zaupnosti</w:t>
      </w:r>
      <w:proofErr w:type="spellEnd"/>
      <w:r>
        <w:t xml:space="preserve"> in </w:t>
      </w:r>
      <w:proofErr w:type="spellStart"/>
      <w:r>
        <w:t>varstva</w:t>
      </w:r>
      <w:proofErr w:type="spellEnd"/>
      <w:r>
        <w:t xml:space="preserve"> </w:t>
      </w:r>
      <w:proofErr w:type="spellStart"/>
      <w:r>
        <w:t>osebnih</w:t>
      </w:r>
      <w:proofErr w:type="spellEnd"/>
      <w:r>
        <w:t xml:space="preserve"> </w:t>
      </w:r>
      <w:proofErr w:type="spellStart"/>
      <w:r>
        <w:t>podatkov</w:t>
      </w:r>
      <w:proofErr w:type="spellEnd"/>
      <w:r>
        <w:t xml:space="preserve">, ter </w:t>
      </w:r>
      <w:proofErr w:type="spellStart"/>
      <w:r>
        <w:t>potrjujem</w:t>
      </w:r>
      <w:proofErr w:type="spellEnd"/>
      <w:r>
        <w:t xml:space="preserve">, da </w:t>
      </w:r>
      <w:proofErr w:type="spellStart"/>
      <w:r>
        <w:t>bom</w:t>
      </w:r>
      <w:proofErr w:type="spellEnd"/>
      <w:r>
        <w:t xml:space="preserve"> </w:t>
      </w:r>
      <w:proofErr w:type="spellStart"/>
      <w:r>
        <w:t>pri</w:t>
      </w:r>
      <w:proofErr w:type="spellEnd"/>
      <w:r>
        <w:t xml:space="preserve"> </w:t>
      </w:r>
      <w:proofErr w:type="spellStart"/>
      <w:r>
        <w:t>svojem</w:t>
      </w:r>
      <w:proofErr w:type="spellEnd"/>
      <w:r>
        <w:t xml:space="preserve"> </w:t>
      </w:r>
      <w:proofErr w:type="spellStart"/>
      <w:r>
        <w:t>delu</w:t>
      </w:r>
      <w:proofErr w:type="spellEnd"/>
      <w:r>
        <w:t xml:space="preserve"> </w:t>
      </w:r>
      <w:proofErr w:type="spellStart"/>
      <w:r>
        <w:t>ravnal</w:t>
      </w:r>
      <w:proofErr w:type="spellEnd"/>
      <w:r>
        <w:t xml:space="preserve"> </w:t>
      </w:r>
      <w:proofErr w:type="spellStart"/>
      <w:r>
        <w:t>strokovno</w:t>
      </w:r>
      <w:proofErr w:type="spellEnd"/>
      <w:r>
        <w:t xml:space="preserve">, </w:t>
      </w:r>
      <w:proofErr w:type="spellStart"/>
      <w:r>
        <w:t>etično</w:t>
      </w:r>
      <w:proofErr w:type="spellEnd"/>
      <w:r>
        <w:t xml:space="preserve"> in v </w:t>
      </w:r>
      <w:proofErr w:type="spellStart"/>
      <w:r>
        <w:t>skladu</w:t>
      </w:r>
      <w:proofErr w:type="spellEnd"/>
      <w:r>
        <w:t xml:space="preserve"> z </w:t>
      </w:r>
      <w:proofErr w:type="spellStart"/>
      <w:r>
        <w:t>načeli</w:t>
      </w:r>
      <w:proofErr w:type="spellEnd"/>
      <w:r>
        <w:t xml:space="preserve"> </w:t>
      </w:r>
      <w:proofErr w:type="spellStart"/>
      <w:r>
        <w:t>pedagoške</w:t>
      </w:r>
      <w:proofErr w:type="spellEnd"/>
      <w:r>
        <w:t xml:space="preserve"> </w:t>
      </w:r>
      <w:proofErr w:type="spellStart"/>
      <w:r>
        <w:t>poklicne</w:t>
      </w:r>
      <w:proofErr w:type="spellEnd"/>
      <w:r>
        <w:t xml:space="preserve"> </w:t>
      </w:r>
      <w:proofErr w:type="spellStart"/>
      <w:r>
        <w:t>etike</w:t>
      </w:r>
      <w:proofErr w:type="spellEnd"/>
      <w:r>
        <w:t>.</w:t>
      </w:r>
    </w:p>
    <w:p w14:paraId="38CA6972" w14:textId="77777777" w:rsidR="00B1324A" w:rsidRDefault="00B1324A" w:rsidP="00B1324A">
      <w:r>
        <w:br/>
        <w:t>Kraj in datum: _______________________________</w:t>
      </w:r>
    </w:p>
    <w:p w14:paraId="439436C7" w14:textId="6A9CCA59" w:rsidR="00DB443C" w:rsidRDefault="00B1324A">
      <w:proofErr w:type="spellStart"/>
      <w:r>
        <w:t>Podpis</w:t>
      </w:r>
      <w:proofErr w:type="spellEnd"/>
      <w:r>
        <w:t xml:space="preserve"> </w:t>
      </w:r>
      <w:proofErr w:type="spellStart"/>
      <w:r>
        <w:t>študenta</w:t>
      </w:r>
      <w:proofErr w:type="spellEnd"/>
      <w:r>
        <w:t>: _______________________________</w:t>
      </w:r>
    </w:p>
    <w:p w14:paraId="280645DD" w14:textId="3893C1AF" w:rsidR="00DB443C" w:rsidRPr="00BB5DA8" w:rsidRDefault="00BB5DA8" w:rsidP="00BB5DA8">
      <w:pPr>
        <w:pStyle w:val="Naslov1"/>
        <w:spacing w:line="240" w:lineRule="auto"/>
        <w:jc w:val="both"/>
        <w:rPr>
          <w:color w:val="548DD4" w:themeColor="text2" w:themeTint="99"/>
          <w:sz w:val="28"/>
        </w:rPr>
      </w:pPr>
      <w:r w:rsidRPr="00BB5DA8">
        <w:rPr>
          <w:rFonts w:ascii="Times New Roman" w:hAnsi="Times New Roman"/>
          <w:color w:val="548DD4" w:themeColor="text2" w:themeTint="99"/>
          <w:sz w:val="28"/>
        </w:rPr>
        <w:t>4</w:t>
      </w:r>
      <w:r w:rsidR="00B1324A" w:rsidRPr="00BB5DA8">
        <w:rPr>
          <w:rFonts w:ascii="Times New Roman" w:hAnsi="Times New Roman"/>
          <w:color w:val="548DD4" w:themeColor="text2" w:themeTint="99"/>
          <w:sz w:val="28"/>
        </w:rPr>
        <w:t xml:space="preserve"> POTRDILO MENTORJA NA </w:t>
      </w:r>
      <w:r w:rsidR="00885D44" w:rsidRPr="00BB5DA8">
        <w:rPr>
          <w:rFonts w:ascii="Times New Roman" w:hAnsi="Times New Roman"/>
          <w:color w:val="548DD4" w:themeColor="text2" w:themeTint="99"/>
          <w:sz w:val="28"/>
        </w:rPr>
        <w:t>INSTITUCIJI</w:t>
      </w:r>
      <w:r w:rsidR="00B1324A" w:rsidRPr="00BB5DA8">
        <w:rPr>
          <w:rFonts w:ascii="Times New Roman" w:hAnsi="Times New Roman"/>
          <w:color w:val="548DD4" w:themeColor="text2" w:themeTint="99"/>
          <w:sz w:val="28"/>
        </w:rPr>
        <w:t xml:space="preserve"> IN NOSILCA PRAKSE O OPRAVLJENI PRAKSI</w:t>
      </w:r>
    </w:p>
    <w:p w14:paraId="13B2F366" w14:textId="77777777" w:rsidR="00DB443C" w:rsidRPr="00EB6EA2" w:rsidRDefault="00DB443C" w:rsidP="00EB6EA2">
      <w:pPr>
        <w:jc w:val="both"/>
      </w:pPr>
    </w:p>
    <w:p w14:paraId="2692BC64" w14:textId="63ED05F1" w:rsidR="00EB6EA2" w:rsidRDefault="00EB6EA2" w:rsidP="00EB6EA2">
      <w:pPr>
        <w:jc w:val="both"/>
      </w:pPr>
      <w:r w:rsidRPr="00EB6EA2">
        <w:t xml:space="preserve">Mentor </w:t>
      </w:r>
      <w:proofErr w:type="spellStart"/>
      <w:r w:rsidRPr="00EB6EA2">
        <w:t>na</w:t>
      </w:r>
      <w:proofErr w:type="spellEnd"/>
      <w:r w:rsidRPr="00EB6EA2">
        <w:t xml:space="preserve"> </w:t>
      </w:r>
      <w:proofErr w:type="spellStart"/>
      <w:r w:rsidR="00885D44">
        <w:t>instituciji</w:t>
      </w:r>
      <w:proofErr w:type="spellEnd"/>
      <w:r w:rsidRPr="00EB6EA2">
        <w:t xml:space="preserve"> v </w:t>
      </w:r>
      <w:proofErr w:type="spellStart"/>
      <w:r w:rsidRPr="00EB6EA2">
        <w:t>tem</w:t>
      </w:r>
      <w:proofErr w:type="spellEnd"/>
      <w:r w:rsidRPr="00EB6EA2">
        <w:t xml:space="preserve"> </w:t>
      </w:r>
      <w:proofErr w:type="spellStart"/>
      <w:r w:rsidRPr="00EB6EA2">
        <w:t>delu</w:t>
      </w:r>
      <w:proofErr w:type="spellEnd"/>
      <w:r w:rsidRPr="00EB6EA2">
        <w:t xml:space="preserve"> </w:t>
      </w:r>
      <w:proofErr w:type="spellStart"/>
      <w:r w:rsidRPr="00EB6EA2">
        <w:t>potrdi</w:t>
      </w:r>
      <w:proofErr w:type="spellEnd"/>
      <w:r w:rsidRPr="00EB6EA2">
        <w:t xml:space="preserve"> </w:t>
      </w:r>
      <w:proofErr w:type="spellStart"/>
      <w:r w:rsidRPr="00EB6EA2">
        <w:t>opravljanje</w:t>
      </w:r>
      <w:proofErr w:type="spellEnd"/>
      <w:r w:rsidRPr="00EB6EA2">
        <w:t xml:space="preserve"> </w:t>
      </w:r>
      <w:proofErr w:type="spellStart"/>
      <w:r w:rsidRPr="00EB6EA2">
        <w:t>praktičnega</w:t>
      </w:r>
      <w:proofErr w:type="spellEnd"/>
      <w:r w:rsidRPr="00EB6EA2">
        <w:t xml:space="preserve"> </w:t>
      </w:r>
      <w:proofErr w:type="spellStart"/>
      <w:r w:rsidRPr="00EB6EA2">
        <w:t>usposabljanja</w:t>
      </w:r>
      <w:proofErr w:type="spellEnd"/>
      <w:r w:rsidRPr="00EB6EA2">
        <w:t xml:space="preserve"> ter z </w:t>
      </w:r>
      <w:proofErr w:type="spellStart"/>
      <w:r w:rsidRPr="00EB6EA2">
        <w:t>morebitno</w:t>
      </w:r>
      <w:proofErr w:type="spellEnd"/>
      <w:r w:rsidRPr="00EB6EA2">
        <w:t xml:space="preserve"> </w:t>
      </w:r>
      <w:proofErr w:type="spellStart"/>
      <w:r w:rsidRPr="00EB6EA2">
        <w:t>kratko</w:t>
      </w:r>
      <w:proofErr w:type="spellEnd"/>
      <w:r w:rsidRPr="00EB6EA2">
        <w:t xml:space="preserve"> </w:t>
      </w:r>
      <w:proofErr w:type="spellStart"/>
      <w:r w:rsidRPr="00EB6EA2">
        <w:t>opisno</w:t>
      </w:r>
      <w:proofErr w:type="spellEnd"/>
      <w:r w:rsidRPr="00EB6EA2">
        <w:t xml:space="preserve"> </w:t>
      </w:r>
      <w:proofErr w:type="spellStart"/>
      <w:r w:rsidRPr="00EB6EA2">
        <w:t>oceno</w:t>
      </w:r>
      <w:proofErr w:type="spellEnd"/>
      <w:r w:rsidRPr="00EB6EA2">
        <w:t xml:space="preserve"> </w:t>
      </w:r>
      <w:proofErr w:type="spellStart"/>
      <w:r w:rsidRPr="00EB6EA2">
        <w:t>poda</w:t>
      </w:r>
      <w:proofErr w:type="spellEnd"/>
      <w:r w:rsidRPr="00EB6EA2">
        <w:t xml:space="preserve"> </w:t>
      </w:r>
      <w:proofErr w:type="spellStart"/>
      <w:r w:rsidRPr="00EB6EA2">
        <w:t>strokovno</w:t>
      </w:r>
      <w:proofErr w:type="spellEnd"/>
      <w:r w:rsidRPr="00EB6EA2">
        <w:t xml:space="preserve"> </w:t>
      </w:r>
      <w:proofErr w:type="spellStart"/>
      <w:r w:rsidRPr="00EB6EA2">
        <w:t>povratno</w:t>
      </w:r>
      <w:proofErr w:type="spellEnd"/>
      <w:r w:rsidRPr="00EB6EA2">
        <w:t xml:space="preserve"> </w:t>
      </w:r>
      <w:proofErr w:type="spellStart"/>
      <w:r w:rsidRPr="00EB6EA2">
        <w:t>informacijo</w:t>
      </w:r>
      <w:proofErr w:type="spellEnd"/>
      <w:r w:rsidRPr="00EB6EA2">
        <w:t xml:space="preserve"> o </w:t>
      </w:r>
      <w:proofErr w:type="spellStart"/>
      <w:r w:rsidRPr="00EB6EA2">
        <w:t>študentovem</w:t>
      </w:r>
      <w:proofErr w:type="spellEnd"/>
      <w:r w:rsidRPr="00EB6EA2">
        <w:t xml:space="preserve"> </w:t>
      </w:r>
      <w:proofErr w:type="spellStart"/>
      <w:r w:rsidRPr="00EB6EA2">
        <w:t>delu</w:t>
      </w:r>
      <w:proofErr w:type="spellEnd"/>
      <w:r w:rsidRPr="00EB6EA2">
        <w:t xml:space="preserve"> ter po </w:t>
      </w:r>
      <w:proofErr w:type="spellStart"/>
      <w:r w:rsidRPr="00EB6EA2">
        <w:t>potrebi</w:t>
      </w:r>
      <w:proofErr w:type="spellEnd"/>
      <w:r w:rsidRPr="00EB6EA2">
        <w:t xml:space="preserve"> </w:t>
      </w:r>
      <w:proofErr w:type="spellStart"/>
      <w:r w:rsidRPr="00EB6EA2">
        <w:t>poda</w:t>
      </w:r>
      <w:proofErr w:type="spellEnd"/>
      <w:r w:rsidRPr="00EB6EA2">
        <w:t xml:space="preserve"> </w:t>
      </w:r>
      <w:proofErr w:type="spellStart"/>
      <w:r w:rsidRPr="00EB6EA2">
        <w:t>predloge</w:t>
      </w:r>
      <w:proofErr w:type="spellEnd"/>
      <w:r w:rsidRPr="00EB6EA2">
        <w:t xml:space="preserve"> za </w:t>
      </w:r>
      <w:proofErr w:type="spellStart"/>
      <w:r w:rsidRPr="00EB6EA2">
        <w:t>nadaljnji</w:t>
      </w:r>
      <w:proofErr w:type="spellEnd"/>
      <w:r w:rsidRPr="00EB6EA2">
        <w:t xml:space="preserve"> </w:t>
      </w:r>
      <w:proofErr w:type="spellStart"/>
      <w:r w:rsidRPr="00EB6EA2">
        <w:t>strokovni</w:t>
      </w:r>
      <w:proofErr w:type="spellEnd"/>
      <w:r w:rsidRPr="00EB6EA2">
        <w:t xml:space="preserve"> </w:t>
      </w:r>
      <w:proofErr w:type="spellStart"/>
      <w:r w:rsidRPr="00EB6EA2">
        <w:t>razvoj</w:t>
      </w:r>
      <w:proofErr w:type="spellEnd"/>
      <w:r w:rsidRPr="00EB6EA2">
        <w:t>.</w:t>
      </w:r>
    </w:p>
    <w:p w14:paraId="3C641382" w14:textId="579913A0" w:rsidR="00DB443C" w:rsidRDefault="00EB6EA2" w:rsidP="00EB6EA2">
      <w:pPr>
        <w:jc w:val="both"/>
      </w:pPr>
      <w:r w:rsidRPr="00EB6EA2">
        <w:br/>
        <w:t xml:space="preserve">Z </w:t>
      </w:r>
      <w:proofErr w:type="spellStart"/>
      <w:r w:rsidRPr="00EB6EA2">
        <w:t>ustrezno</w:t>
      </w:r>
      <w:proofErr w:type="spellEnd"/>
      <w:r w:rsidRPr="00EB6EA2">
        <w:t xml:space="preserve"> </w:t>
      </w:r>
      <w:proofErr w:type="spellStart"/>
      <w:r w:rsidRPr="00EB6EA2">
        <w:t>označitvijo</w:t>
      </w:r>
      <w:proofErr w:type="spellEnd"/>
      <w:r w:rsidRPr="00EB6EA2">
        <w:t xml:space="preserve"> mentor </w:t>
      </w:r>
      <w:proofErr w:type="spellStart"/>
      <w:r w:rsidRPr="00EB6EA2">
        <w:t>potrdi</w:t>
      </w:r>
      <w:proofErr w:type="spellEnd"/>
      <w:r w:rsidRPr="00EB6EA2">
        <w:t xml:space="preserve">, </w:t>
      </w:r>
      <w:proofErr w:type="spellStart"/>
      <w:r w:rsidRPr="00EB6EA2">
        <w:t>ali</w:t>
      </w:r>
      <w:proofErr w:type="spellEnd"/>
      <w:r w:rsidRPr="00EB6EA2">
        <w:t xml:space="preserve"> je </w:t>
      </w:r>
      <w:proofErr w:type="spellStart"/>
      <w:r w:rsidRPr="00EB6EA2">
        <w:t>študent</w:t>
      </w:r>
      <w:proofErr w:type="spellEnd"/>
      <w:r w:rsidRPr="00EB6EA2">
        <w:t xml:space="preserve"> </w:t>
      </w:r>
      <w:proofErr w:type="spellStart"/>
      <w:r w:rsidRPr="00EB6EA2">
        <w:t>opazovalno</w:t>
      </w:r>
      <w:proofErr w:type="spellEnd"/>
      <w:r w:rsidRPr="00EB6EA2">
        <w:t xml:space="preserve"> </w:t>
      </w:r>
      <w:proofErr w:type="spellStart"/>
      <w:r w:rsidRPr="00EB6EA2">
        <w:t>prakso</w:t>
      </w:r>
      <w:proofErr w:type="spellEnd"/>
      <w:r w:rsidRPr="00EB6EA2">
        <w:t xml:space="preserve"> </w:t>
      </w:r>
      <w:proofErr w:type="spellStart"/>
      <w:r w:rsidRPr="00EB6EA2">
        <w:t>opravil</w:t>
      </w:r>
      <w:proofErr w:type="spellEnd"/>
      <w:r w:rsidRPr="00EB6EA2">
        <w:t xml:space="preserve"> </w:t>
      </w:r>
      <w:proofErr w:type="spellStart"/>
      <w:r w:rsidRPr="00EB6EA2">
        <w:t>uspešno</w:t>
      </w:r>
      <w:proofErr w:type="spellEnd"/>
      <w:r w:rsidRPr="00EB6EA2">
        <w:t xml:space="preserve"> </w:t>
      </w:r>
      <w:proofErr w:type="spellStart"/>
      <w:r w:rsidRPr="00EB6EA2">
        <w:t>ali</w:t>
      </w:r>
      <w:proofErr w:type="spellEnd"/>
      <w:r w:rsidRPr="00EB6EA2">
        <w:t xml:space="preserve"> </w:t>
      </w:r>
      <w:proofErr w:type="spellStart"/>
      <w:r w:rsidRPr="00EB6EA2">
        <w:t>neuspešno</w:t>
      </w:r>
      <w:proofErr w:type="spellEnd"/>
      <w:r w:rsidRPr="00EB6EA2">
        <w:t>.</w:t>
      </w:r>
    </w:p>
    <w:p w14:paraId="71231A9E" w14:textId="400DF683" w:rsidR="00EB6EA2" w:rsidRPr="00EB6EA2" w:rsidRDefault="00EB6EA2" w:rsidP="00EB6EA2">
      <w:pPr>
        <w:jc w:val="both"/>
      </w:pPr>
      <w:r>
        <w:t xml:space="preserve">PRAKSA </w:t>
      </w:r>
      <w:proofErr w:type="gramStart"/>
      <w:r>
        <w:t xml:space="preserve">JE  </w:t>
      </w:r>
      <w:r w:rsidRPr="00EB6EA2">
        <w:rPr>
          <w:b/>
          <w:bCs/>
        </w:rPr>
        <w:t>USPEŠNO</w:t>
      </w:r>
      <w:proofErr w:type="gramEnd"/>
      <w:r w:rsidRPr="00EB6EA2">
        <w:rPr>
          <w:b/>
          <w:bCs/>
        </w:rPr>
        <w:t>/ NI USPEŠNO</w:t>
      </w:r>
      <w:r>
        <w:t xml:space="preserve"> OPRAVLJENA. </w:t>
      </w:r>
    </w:p>
    <w:tbl>
      <w:tblPr>
        <w:tblStyle w:val="Tabelamrea"/>
        <w:tblW w:w="0" w:type="auto"/>
        <w:tblLook w:val="04A0" w:firstRow="1" w:lastRow="0" w:firstColumn="1" w:lastColumn="0" w:noHBand="0" w:noVBand="1"/>
      </w:tblPr>
      <w:tblGrid>
        <w:gridCol w:w="8630"/>
      </w:tblGrid>
      <w:tr w:rsidR="005B4A76" w14:paraId="04F38357" w14:textId="77777777" w:rsidTr="00EB6EA2">
        <w:tc>
          <w:tcPr>
            <w:tcW w:w="8630" w:type="dxa"/>
          </w:tcPr>
          <w:p w14:paraId="09D32BE0" w14:textId="596AFA29" w:rsidR="005B4A76" w:rsidRDefault="00EB6EA2">
            <w:proofErr w:type="spellStart"/>
            <w:r>
              <w:t>Utemeljitev</w:t>
            </w:r>
            <w:proofErr w:type="spellEnd"/>
            <w:r>
              <w:t>:</w:t>
            </w:r>
          </w:p>
          <w:p w14:paraId="09B749DB" w14:textId="77777777" w:rsidR="00EB6EA2" w:rsidRDefault="00EB6EA2"/>
          <w:p w14:paraId="64AABBCD" w14:textId="77777777" w:rsidR="00EB6EA2" w:rsidRDefault="00EB6EA2"/>
        </w:tc>
      </w:tr>
    </w:tbl>
    <w:p w14:paraId="0D02483F" w14:textId="77777777" w:rsidR="003578A1" w:rsidRDefault="003578A1"/>
    <w:p w14:paraId="222CA7D1" w14:textId="408050A3" w:rsidR="00DB443C" w:rsidRDefault="00000000">
      <w:proofErr w:type="spellStart"/>
      <w:r>
        <w:t>Podpis</w:t>
      </w:r>
      <w:proofErr w:type="spellEnd"/>
      <w:r>
        <w:t xml:space="preserve"> </w:t>
      </w:r>
      <w:proofErr w:type="spellStart"/>
      <w:r>
        <w:t>mentorja</w:t>
      </w:r>
      <w:proofErr w:type="spellEnd"/>
      <w:r w:rsidR="00EB6EA2">
        <w:t xml:space="preserve"> </w:t>
      </w:r>
      <w:proofErr w:type="spellStart"/>
      <w:r w:rsidR="00EB6EA2">
        <w:t>na</w:t>
      </w:r>
      <w:proofErr w:type="spellEnd"/>
      <w:r w:rsidR="00EB6EA2">
        <w:t xml:space="preserve"> </w:t>
      </w:r>
      <w:proofErr w:type="spellStart"/>
      <w:r w:rsidR="00EB6EA2">
        <w:t>šoli</w:t>
      </w:r>
      <w:proofErr w:type="spellEnd"/>
      <w:r>
        <w:t>: __________________________</w:t>
      </w:r>
      <w:r w:rsidR="00EB6EA2">
        <w:t xml:space="preserve">        Datum: _____________________</w:t>
      </w:r>
    </w:p>
    <w:p w14:paraId="262EC77B" w14:textId="6D7EB003" w:rsidR="00DB443C" w:rsidRDefault="00EB6EA2">
      <w:proofErr w:type="spellStart"/>
      <w:r>
        <w:t>Podpis</w:t>
      </w:r>
      <w:proofErr w:type="spellEnd"/>
      <w:r>
        <w:t xml:space="preserve"> </w:t>
      </w:r>
      <w:proofErr w:type="spellStart"/>
      <w:r>
        <w:t>nosilca</w:t>
      </w:r>
      <w:proofErr w:type="spellEnd"/>
      <w:r>
        <w:t xml:space="preserve"> </w:t>
      </w:r>
      <w:proofErr w:type="spellStart"/>
      <w:r>
        <w:t>na</w:t>
      </w:r>
      <w:proofErr w:type="spellEnd"/>
      <w:r>
        <w:t xml:space="preserve"> </w:t>
      </w:r>
      <w:proofErr w:type="spellStart"/>
      <w:proofErr w:type="gramStart"/>
      <w:r>
        <w:t>fakulteti</w:t>
      </w:r>
      <w:proofErr w:type="spellEnd"/>
      <w:r>
        <w:t>:_</w:t>
      </w:r>
      <w:proofErr w:type="gramEnd"/>
      <w:r>
        <w:t>________________________        Datum: _____________________</w:t>
      </w:r>
      <w:bookmarkEnd w:id="0"/>
    </w:p>
    <w:sectPr w:rsidR="00DB443C" w:rsidSect="00034616">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59A71" w14:textId="77777777" w:rsidR="00F67D6A" w:rsidRDefault="00F67D6A">
      <w:pPr>
        <w:spacing w:after="0" w:line="240" w:lineRule="auto"/>
      </w:pPr>
      <w:r>
        <w:separator/>
      </w:r>
    </w:p>
  </w:endnote>
  <w:endnote w:type="continuationSeparator" w:id="0">
    <w:p w14:paraId="4CE9811B" w14:textId="77777777" w:rsidR="00F67D6A" w:rsidRDefault="00F67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700813"/>
      <w:docPartObj>
        <w:docPartGallery w:val="Page Numbers (Bottom of Page)"/>
        <w:docPartUnique/>
      </w:docPartObj>
    </w:sdtPr>
    <w:sdtContent>
      <w:p w14:paraId="717D1541" w14:textId="7F50203A" w:rsidR="00B13189" w:rsidRDefault="00B13189">
        <w:pPr>
          <w:pStyle w:val="Noga"/>
          <w:jc w:val="right"/>
        </w:pPr>
        <w:r>
          <w:fldChar w:fldCharType="begin"/>
        </w:r>
        <w:r>
          <w:instrText>PAGE   \* MERGEFORMAT</w:instrText>
        </w:r>
        <w:r>
          <w:fldChar w:fldCharType="separate"/>
        </w:r>
        <w:r>
          <w:rPr>
            <w:lang w:val="sl-SI"/>
          </w:rPr>
          <w:t>2</w:t>
        </w:r>
        <w:r>
          <w:fldChar w:fldCharType="end"/>
        </w:r>
      </w:p>
    </w:sdtContent>
  </w:sdt>
  <w:p w14:paraId="123C8877" w14:textId="77777777" w:rsidR="00B13189" w:rsidRDefault="00B1318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1F57B" w14:textId="77777777" w:rsidR="00F67D6A" w:rsidRDefault="00F67D6A">
      <w:pPr>
        <w:spacing w:after="0" w:line="240" w:lineRule="auto"/>
      </w:pPr>
      <w:r>
        <w:separator/>
      </w:r>
    </w:p>
  </w:footnote>
  <w:footnote w:type="continuationSeparator" w:id="0">
    <w:p w14:paraId="7736C04D" w14:textId="77777777" w:rsidR="00F67D6A" w:rsidRDefault="00F67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FD198" w14:textId="77777777" w:rsidR="003578A1" w:rsidRDefault="00000000">
    <w:pPr>
      <w:jc w:val="center"/>
    </w:pPr>
    <w:r>
      <w:rPr>
        <w:noProof/>
      </w:rPr>
      <w:drawing>
        <wp:inline distT="0" distB="0" distL="0" distR="0" wp14:anchorId="55F56D11" wp14:editId="43661651">
          <wp:extent cx="1800000" cy="835200"/>
          <wp:effectExtent l="0" t="0" r="0" b="0"/>
          <wp:docPr id="2021718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800000" cy="835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abstractNum w:abstractNumId="9" w15:restartNumberingAfterBreak="0">
    <w:nsid w:val="45504A49"/>
    <w:multiLevelType w:val="hybridMultilevel"/>
    <w:tmpl w:val="FD124D7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52D171A0"/>
    <w:multiLevelType w:val="hybridMultilevel"/>
    <w:tmpl w:val="AF68938E"/>
    <w:lvl w:ilvl="0" w:tplc="C9D21024">
      <w:start w:val="3"/>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15:restartNumberingAfterBreak="0">
    <w:nsid w:val="601D0323"/>
    <w:multiLevelType w:val="hybridMultilevel"/>
    <w:tmpl w:val="383A77BE"/>
    <w:lvl w:ilvl="0" w:tplc="D5BE7522">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6753EDF"/>
    <w:multiLevelType w:val="multilevel"/>
    <w:tmpl w:val="7F38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8729888">
    <w:abstractNumId w:val="8"/>
  </w:num>
  <w:num w:numId="2" w16cid:durableId="1514490831">
    <w:abstractNumId w:val="6"/>
  </w:num>
  <w:num w:numId="3" w16cid:durableId="107048399">
    <w:abstractNumId w:val="5"/>
  </w:num>
  <w:num w:numId="4" w16cid:durableId="1495604801">
    <w:abstractNumId w:val="4"/>
  </w:num>
  <w:num w:numId="5" w16cid:durableId="2009088673">
    <w:abstractNumId w:val="7"/>
  </w:num>
  <w:num w:numId="6" w16cid:durableId="394936969">
    <w:abstractNumId w:val="3"/>
  </w:num>
  <w:num w:numId="7" w16cid:durableId="1815290024">
    <w:abstractNumId w:val="2"/>
  </w:num>
  <w:num w:numId="8" w16cid:durableId="1653676979">
    <w:abstractNumId w:val="1"/>
  </w:num>
  <w:num w:numId="9" w16cid:durableId="1324357704">
    <w:abstractNumId w:val="0"/>
  </w:num>
  <w:num w:numId="10" w16cid:durableId="252933808">
    <w:abstractNumId w:val="9"/>
  </w:num>
  <w:num w:numId="11" w16cid:durableId="1246643817">
    <w:abstractNumId w:val="11"/>
  </w:num>
  <w:num w:numId="12" w16cid:durableId="964510365">
    <w:abstractNumId w:val="12"/>
  </w:num>
  <w:num w:numId="13" w16cid:durableId="19183183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EB1"/>
    <w:rsid w:val="0006063C"/>
    <w:rsid w:val="00081C73"/>
    <w:rsid w:val="000B48CB"/>
    <w:rsid w:val="00106981"/>
    <w:rsid w:val="0015074B"/>
    <w:rsid w:val="00152D15"/>
    <w:rsid w:val="001A7249"/>
    <w:rsid w:val="0029639D"/>
    <w:rsid w:val="002D42EA"/>
    <w:rsid w:val="00326F90"/>
    <w:rsid w:val="003578A1"/>
    <w:rsid w:val="003F3631"/>
    <w:rsid w:val="004C062C"/>
    <w:rsid w:val="0052179A"/>
    <w:rsid w:val="00575BAC"/>
    <w:rsid w:val="005B4A76"/>
    <w:rsid w:val="00613694"/>
    <w:rsid w:val="0063154F"/>
    <w:rsid w:val="00640579"/>
    <w:rsid w:val="0064438A"/>
    <w:rsid w:val="0065546B"/>
    <w:rsid w:val="006E7F0B"/>
    <w:rsid w:val="0070467A"/>
    <w:rsid w:val="00707990"/>
    <w:rsid w:val="007D0F7B"/>
    <w:rsid w:val="007D3BE1"/>
    <w:rsid w:val="00885D44"/>
    <w:rsid w:val="00896A8D"/>
    <w:rsid w:val="00901B70"/>
    <w:rsid w:val="009E79C4"/>
    <w:rsid w:val="009F5329"/>
    <w:rsid w:val="00A0254E"/>
    <w:rsid w:val="00A03510"/>
    <w:rsid w:val="00A10371"/>
    <w:rsid w:val="00A94E45"/>
    <w:rsid w:val="00AA1D8D"/>
    <w:rsid w:val="00B01C10"/>
    <w:rsid w:val="00B13189"/>
    <w:rsid w:val="00B1324A"/>
    <w:rsid w:val="00B47730"/>
    <w:rsid w:val="00BB5DA8"/>
    <w:rsid w:val="00BF13F8"/>
    <w:rsid w:val="00CB0664"/>
    <w:rsid w:val="00CB0719"/>
    <w:rsid w:val="00DB443C"/>
    <w:rsid w:val="00E65EE8"/>
    <w:rsid w:val="00E66630"/>
    <w:rsid w:val="00E96667"/>
    <w:rsid w:val="00EB6EA2"/>
    <w:rsid w:val="00F04ABD"/>
    <w:rsid w:val="00F67D6A"/>
    <w:rsid w:val="00F91443"/>
    <w:rsid w:val="00FC693F"/>
    <w:rsid w:val="00FE6D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B65F02"/>
  <w14:defaultImageDpi w14:val="330"/>
  <w15:docId w15:val="{980222CF-6DBC-4903-AF91-24BF14DF9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rPr>
      <w:rFonts w:ascii="Times New Roman" w:hAnsi="Times New Roman"/>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avadensplet">
    <w:name w:val="Normal (Web)"/>
    <w:basedOn w:val="Navaden"/>
    <w:uiPriority w:val="99"/>
    <w:semiHidden/>
    <w:unhideWhenUsed/>
    <w:rsid w:val="00B1324A"/>
    <w:rPr>
      <w:rFonts w:cs="Times New Roman"/>
      <w:szCs w:val="24"/>
    </w:rPr>
  </w:style>
  <w:style w:type="table" w:customStyle="1" w:styleId="Tabelamrea1">
    <w:name w:val="Tabela – mreža1"/>
    <w:basedOn w:val="Navadnatabela"/>
    <w:next w:val="Tabelamrea"/>
    <w:rsid w:val="00885D44"/>
    <w:pPr>
      <w:spacing w:after="0" w:line="240" w:lineRule="auto"/>
    </w:pPr>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1416</Words>
  <Characters>8076</Characters>
  <Application>Microsoft Office Word</Application>
  <DocSecurity>0</DocSecurity>
  <Lines>67</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Marija Javornik</cp:lastModifiedBy>
  <cp:revision>3</cp:revision>
  <dcterms:created xsi:type="dcterms:W3CDTF">2026-01-17T08:28:00Z</dcterms:created>
  <dcterms:modified xsi:type="dcterms:W3CDTF">2026-01-17T08:52:00Z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2a39812b-272d-458b-b779-e3a079cbc64d</vt:lpwstr>
  </property>
</Properties>
</file>